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08" w:type="dxa"/>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2035"/>
        <w:gridCol w:w="12973"/>
      </w:tblGrid>
      <w:tr w:rsidR="000C3BFD" w14:paraId="2722BB2E" w14:textId="77777777">
        <w:trPr>
          <w:cantSplit/>
          <w:jc w:val="center"/>
        </w:trPr>
        <w:tc>
          <w:tcPr>
            <w:tcW w:w="1361" w:type="dxa"/>
          </w:tcPr>
          <w:p w14:paraId="6C2434F1" w14:textId="77777777" w:rsidR="000C3BFD" w:rsidRDefault="00FA377C">
            <w:pPr>
              <w:jc w:val="center"/>
            </w:pPr>
            <w:r>
              <w:rPr>
                <w:noProof/>
              </w:rPr>
              <w:drawing>
                <wp:inline distT="0" distB="0" distL="0" distR="0" wp14:anchorId="428D7C70" wp14:editId="48EBAF47">
                  <wp:extent cx="558000" cy="644548"/>
                  <wp:effectExtent l="0" t="0" r="0" b="0"/>
                  <wp:docPr id="1" name="Picture 1" descr="Berry Education logo" title="Ber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ry Education Logo - Stacked.png"/>
                          <pic:cNvPicPr/>
                        </pic:nvPicPr>
                        <pic:blipFill>
                          <a:blip r:embed="rId8"/>
                          <a:stretch>
                            <a:fillRect/>
                          </a:stretch>
                        </pic:blipFill>
                        <pic:spPr>
                          <a:xfrm>
                            <a:off x="0" y="0"/>
                            <a:ext cx="558000" cy="644548"/>
                          </a:xfrm>
                          <a:prstGeom prst="rect">
                            <a:avLst/>
                          </a:prstGeom>
                        </pic:spPr>
                      </pic:pic>
                    </a:graphicData>
                  </a:graphic>
                </wp:inline>
              </w:drawing>
            </w:r>
          </w:p>
        </w:tc>
        <w:tc>
          <w:tcPr>
            <w:tcW w:w="8674" w:type="dxa"/>
            <w:shd w:val="clear" w:color="auto" w:fill="3F2268"/>
            <w:tcMar>
              <w:top w:w="180" w:type="dxa"/>
              <w:left w:w="220" w:type="dxa"/>
              <w:bottom w:w="180" w:type="dxa"/>
              <w:right w:w="220" w:type="dxa"/>
            </w:tcMar>
          </w:tcPr>
          <w:p w14:paraId="440FDF65" w14:textId="77777777" w:rsidR="000C3BFD" w:rsidRDefault="00FA377C">
            <w:pPr>
              <w:spacing w:after="40"/>
            </w:pPr>
            <w:r>
              <w:rPr>
                <w:b/>
                <w:color w:val="FFFFFF"/>
                <w:sz w:val="40"/>
              </w:rPr>
              <w:t>Governance Professional</w:t>
            </w:r>
          </w:p>
          <w:p w14:paraId="2FFA0F1E" w14:textId="77777777" w:rsidR="000C3BFD" w:rsidRDefault="00FA377C">
            <w:pPr>
              <w:spacing w:after="0"/>
            </w:pPr>
            <w:r>
              <w:rPr>
                <w:color w:val="FFFFFF"/>
                <w:sz w:val="22"/>
              </w:rPr>
              <w:t>Application form</w:t>
            </w:r>
          </w:p>
        </w:tc>
      </w:tr>
    </w:tbl>
    <w:p w14:paraId="7A739FE9" w14:textId="77777777" w:rsidR="000C3BFD" w:rsidRDefault="00FA377C">
      <w:pPr>
        <w:pStyle w:val="Heading1"/>
      </w:pPr>
      <w:r>
        <w:t>Guidance for applicants</w:t>
      </w:r>
    </w:p>
    <w:p w14:paraId="40CAA36F" w14:textId="77777777" w:rsidR="000C3BFD" w:rsidRDefault="00FA377C">
      <w:r>
        <w:t>Please complete every relevant section. We welcome applicants with direct governance experience and candidates who can demonstrate strong transferable skills. Use specific examples to show what you did, how you approached it and the outcome.</w:t>
      </w:r>
    </w:p>
    <w:p w14:paraId="38ECA17B" w14:textId="77777777" w:rsidR="000C3BFD" w:rsidRDefault="00FA377C">
      <w:pPr>
        <w:spacing w:after="160"/>
      </w:pPr>
      <w:r>
        <w:t>Information supplied will be used for recruitment purposes and handled in accordance with Berry Education’s recruitment privacy arrangements. Please do not include special-category personal information unless it is directly relevant or requested at the appropriate recruitment stage.</w:t>
      </w:r>
    </w:p>
    <w:p w14:paraId="0AFE899B" w14:textId="6F34F3A7" w:rsidR="00D83DBF" w:rsidRDefault="00D83DBF">
      <w:pPr>
        <w:spacing w:after="160"/>
      </w:pPr>
      <w:r>
        <w:t xml:space="preserve">Please send your completed application form to: </w:t>
      </w:r>
      <w:hyperlink r:id="rId9" w:history="1">
        <w:r w:rsidR="006067A1" w:rsidRPr="00261AE6">
          <w:rPr>
            <w:rStyle w:val="Hyperlink"/>
          </w:rPr>
          <w:t>governance@berryeducation.com</w:t>
        </w:r>
      </w:hyperlink>
      <w:r w:rsidR="006067A1">
        <w:t xml:space="preserve">.  Applications must be received by the advertised closing date: </w:t>
      </w:r>
      <w:r w:rsidR="006067A1" w:rsidRPr="006067A1">
        <w:rPr>
          <w:b/>
          <w:bCs/>
        </w:rPr>
        <w:t>23.59</w:t>
      </w:r>
      <w:r w:rsidR="006067A1">
        <w:t xml:space="preserve"> on </w:t>
      </w:r>
      <w:r w:rsidR="006067A1" w:rsidRPr="006067A1">
        <w:rPr>
          <w:b/>
          <w:bCs/>
        </w:rPr>
        <w:t>7</w:t>
      </w:r>
      <w:r w:rsidR="006067A1" w:rsidRPr="006067A1">
        <w:rPr>
          <w:b/>
          <w:bCs/>
          <w:vertAlign w:val="superscript"/>
        </w:rPr>
        <w:t>th</w:t>
      </w:r>
      <w:r w:rsidR="006067A1" w:rsidRPr="006067A1">
        <w:rPr>
          <w:b/>
          <w:bCs/>
        </w:rPr>
        <w:t xml:space="preserve"> September 2026</w:t>
      </w:r>
      <w:r w:rsidR="006067A1">
        <w:t xml:space="preserve">.  </w:t>
      </w:r>
    </w:p>
    <w:p w14:paraId="68FBC273" w14:textId="77777777" w:rsidR="000C3BFD" w:rsidRDefault="00FA377C">
      <w:pPr>
        <w:pStyle w:val="Heading1"/>
      </w:pPr>
      <w:r>
        <w:t>Application details</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240"/>
        <w:gridCol w:w="10768"/>
      </w:tblGrid>
      <w:tr w:rsidR="000C3BFD" w14:paraId="23A1EEE8" w14:textId="77777777">
        <w:trPr>
          <w:cantSplit/>
          <w:jc w:val="center"/>
        </w:trPr>
        <w:tc>
          <w:tcPr>
            <w:tcW w:w="2835" w:type="dxa"/>
            <w:shd w:val="clear" w:color="auto" w:fill="EFE8F7"/>
            <w:tcMar>
              <w:top w:w="110" w:type="dxa"/>
              <w:left w:w="130" w:type="dxa"/>
              <w:bottom w:w="110" w:type="dxa"/>
              <w:right w:w="130" w:type="dxa"/>
            </w:tcMar>
            <w:vAlign w:val="center"/>
          </w:tcPr>
          <w:p w14:paraId="1D5F9CA8" w14:textId="77777777" w:rsidR="000C3BFD" w:rsidRDefault="00FA377C">
            <w:pPr>
              <w:spacing w:after="0"/>
            </w:pPr>
            <w:r>
              <w:rPr>
                <w:b/>
                <w:color w:val="3F2268"/>
                <w:sz w:val="18"/>
              </w:rPr>
              <w:t>Position applied for</w:t>
            </w:r>
          </w:p>
        </w:tc>
        <w:tc>
          <w:tcPr>
            <w:tcW w:w="7200" w:type="dxa"/>
            <w:shd w:val="clear" w:color="auto" w:fill="FFFFFF"/>
            <w:tcMar>
              <w:top w:w="120" w:type="dxa"/>
              <w:left w:w="130" w:type="dxa"/>
              <w:bottom w:w="120" w:type="dxa"/>
              <w:right w:w="130" w:type="dxa"/>
            </w:tcMar>
          </w:tcPr>
          <w:p w14:paraId="78099B91" w14:textId="77777777" w:rsidR="000C3BFD" w:rsidRDefault="00FA377C">
            <w:pPr>
              <w:spacing w:after="0"/>
            </w:pPr>
            <w:r>
              <w:rPr>
                <w:i/>
                <w:color w:val="68616F"/>
                <w:sz w:val="18"/>
              </w:rPr>
              <w:t>Governance Professional</w:t>
            </w:r>
          </w:p>
        </w:tc>
      </w:tr>
      <w:tr w:rsidR="000C3BFD" w14:paraId="1B77D5E4" w14:textId="77777777">
        <w:trPr>
          <w:cantSplit/>
          <w:jc w:val="center"/>
        </w:trPr>
        <w:tc>
          <w:tcPr>
            <w:tcW w:w="2835" w:type="dxa"/>
            <w:shd w:val="clear" w:color="auto" w:fill="EFE8F7"/>
            <w:tcMar>
              <w:top w:w="110" w:type="dxa"/>
              <w:left w:w="130" w:type="dxa"/>
              <w:bottom w:w="110" w:type="dxa"/>
              <w:right w:w="130" w:type="dxa"/>
            </w:tcMar>
            <w:vAlign w:val="center"/>
          </w:tcPr>
          <w:p w14:paraId="1656FD0C" w14:textId="77777777" w:rsidR="000C3BFD" w:rsidRDefault="00FA377C">
            <w:pPr>
              <w:spacing w:after="0"/>
            </w:pPr>
            <w:r>
              <w:rPr>
                <w:b/>
                <w:color w:val="3F2268"/>
                <w:sz w:val="18"/>
              </w:rPr>
              <w:t>Preferred working pattern</w:t>
            </w:r>
          </w:p>
        </w:tc>
        <w:tc>
          <w:tcPr>
            <w:tcW w:w="7200" w:type="dxa"/>
            <w:shd w:val="clear" w:color="auto" w:fill="FFFFFF"/>
            <w:tcMar>
              <w:top w:w="120" w:type="dxa"/>
              <w:left w:w="130" w:type="dxa"/>
              <w:bottom w:w="120" w:type="dxa"/>
              <w:right w:w="130" w:type="dxa"/>
            </w:tcMar>
          </w:tcPr>
          <w:p w14:paraId="223662C5" w14:textId="77777777" w:rsidR="000C3BFD" w:rsidRDefault="00FA377C">
            <w:pPr>
              <w:spacing w:after="0"/>
            </w:pPr>
            <w:r>
              <w:rPr>
                <w:i/>
                <w:color w:val="68616F"/>
                <w:sz w:val="18"/>
              </w:rPr>
              <w:t>☐ Full-time    ☐ Part-time    ☐ Either</w:t>
            </w:r>
          </w:p>
        </w:tc>
      </w:tr>
      <w:tr w:rsidR="000C3BFD" w14:paraId="6FC9DA84" w14:textId="77777777">
        <w:trPr>
          <w:cantSplit/>
          <w:jc w:val="center"/>
        </w:trPr>
        <w:tc>
          <w:tcPr>
            <w:tcW w:w="2835" w:type="dxa"/>
            <w:shd w:val="clear" w:color="auto" w:fill="EFE8F7"/>
            <w:tcMar>
              <w:top w:w="110" w:type="dxa"/>
              <w:left w:w="130" w:type="dxa"/>
              <w:bottom w:w="110" w:type="dxa"/>
              <w:right w:w="130" w:type="dxa"/>
            </w:tcMar>
            <w:vAlign w:val="center"/>
          </w:tcPr>
          <w:p w14:paraId="5F5559C1" w14:textId="77777777" w:rsidR="000C3BFD" w:rsidRDefault="00FA377C">
            <w:pPr>
              <w:spacing w:after="0"/>
            </w:pPr>
            <w:r>
              <w:rPr>
                <w:b/>
                <w:color w:val="3F2268"/>
                <w:sz w:val="18"/>
              </w:rPr>
              <w:t>If part-time, preferred hours/days</w:t>
            </w:r>
          </w:p>
        </w:tc>
        <w:tc>
          <w:tcPr>
            <w:tcW w:w="7200" w:type="dxa"/>
            <w:shd w:val="clear" w:color="auto" w:fill="FFFFFF"/>
            <w:tcMar>
              <w:top w:w="120" w:type="dxa"/>
              <w:left w:w="130" w:type="dxa"/>
              <w:bottom w:w="120" w:type="dxa"/>
              <w:right w:w="130" w:type="dxa"/>
            </w:tcMar>
          </w:tcPr>
          <w:p w14:paraId="6861175B" w14:textId="77777777" w:rsidR="000C3BFD" w:rsidRDefault="00FA377C">
            <w:pPr>
              <w:spacing w:after="0"/>
            </w:pPr>
            <w:r>
              <w:rPr>
                <w:i/>
                <w:color w:val="68616F"/>
                <w:sz w:val="18"/>
              </w:rPr>
              <w:t>Click or tap here to enter text.</w:t>
            </w:r>
          </w:p>
        </w:tc>
      </w:tr>
      <w:tr w:rsidR="000C3BFD" w14:paraId="63CDFA0F" w14:textId="77777777">
        <w:trPr>
          <w:cantSplit/>
          <w:jc w:val="center"/>
        </w:trPr>
        <w:tc>
          <w:tcPr>
            <w:tcW w:w="2835" w:type="dxa"/>
            <w:shd w:val="clear" w:color="auto" w:fill="EFE8F7"/>
            <w:tcMar>
              <w:top w:w="110" w:type="dxa"/>
              <w:left w:w="130" w:type="dxa"/>
              <w:bottom w:w="110" w:type="dxa"/>
              <w:right w:w="130" w:type="dxa"/>
            </w:tcMar>
            <w:vAlign w:val="center"/>
          </w:tcPr>
          <w:p w14:paraId="2DD0FFB4" w14:textId="77777777" w:rsidR="000C3BFD" w:rsidRDefault="00FA377C">
            <w:pPr>
              <w:spacing w:after="0"/>
            </w:pPr>
            <w:r>
              <w:rPr>
                <w:b/>
                <w:color w:val="3F2268"/>
                <w:sz w:val="18"/>
              </w:rPr>
              <w:t>Availability / notice period</w:t>
            </w:r>
          </w:p>
        </w:tc>
        <w:tc>
          <w:tcPr>
            <w:tcW w:w="7200" w:type="dxa"/>
            <w:shd w:val="clear" w:color="auto" w:fill="FFFFFF"/>
            <w:tcMar>
              <w:top w:w="120" w:type="dxa"/>
              <w:left w:w="130" w:type="dxa"/>
              <w:bottom w:w="120" w:type="dxa"/>
              <w:right w:w="130" w:type="dxa"/>
            </w:tcMar>
          </w:tcPr>
          <w:p w14:paraId="45EE58B5" w14:textId="77777777" w:rsidR="000C3BFD" w:rsidRDefault="00FA377C">
            <w:pPr>
              <w:spacing w:after="0"/>
            </w:pPr>
            <w:r>
              <w:rPr>
                <w:i/>
                <w:color w:val="68616F"/>
                <w:sz w:val="18"/>
              </w:rPr>
              <w:t>Click or tap here to enter text.</w:t>
            </w:r>
          </w:p>
        </w:tc>
      </w:tr>
      <w:tr w:rsidR="000C3BFD" w14:paraId="62E91AA1" w14:textId="77777777">
        <w:trPr>
          <w:cantSplit/>
          <w:jc w:val="center"/>
        </w:trPr>
        <w:tc>
          <w:tcPr>
            <w:tcW w:w="2835" w:type="dxa"/>
            <w:shd w:val="clear" w:color="auto" w:fill="EFE8F7"/>
            <w:tcMar>
              <w:top w:w="110" w:type="dxa"/>
              <w:left w:w="130" w:type="dxa"/>
              <w:bottom w:w="110" w:type="dxa"/>
              <w:right w:w="130" w:type="dxa"/>
            </w:tcMar>
            <w:vAlign w:val="center"/>
          </w:tcPr>
          <w:p w14:paraId="6FFEF746" w14:textId="77777777" w:rsidR="000C3BFD" w:rsidRDefault="00FA377C">
            <w:pPr>
              <w:spacing w:after="0"/>
            </w:pPr>
            <w:r>
              <w:rPr>
                <w:b/>
                <w:color w:val="3F2268"/>
                <w:sz w:val="18"/>
              </w:rPr>
              <w:t>Where did you hear about this role?</w:t>
            </w:r>
          </w:p>
        </w:tc>
        <w:tc>
          <w:tcPr>
            <w:tcW w:w="7200" w:type="dxa"/>
            <w:shd w:val="clear" w:color="auto" w:fill="FFFFFF"/>
            <w:tcMar>
              <w:top w:w="120" w:type="dxa"/>
              <w:left w:w="130" w:type="dxa"/>
              <w:bottom w:w="120" w:type="dxa"/>
              <w:right w:w="130" w:type="dxa"/>
            </w:tcMar>
          </w:tcPr>
          <w:p w14:paraId="236132DD" w14:textId="77777777" w:rsidR="000C3BFD" w:rsidRDefault="00FA377C">
            <w:pPr>
              <w:spacing w:after="0"/>
            </w:pPr>
            <w:r>
              <w:rPr>
                <w:i/>
                <w:color w:val="68616F"/>
                <w:sz w:val="18"/>
              </w:rPr>
              <w:t>Click or tap here to enter text.</w:t>
            </w:r>
          </w:p>
        </w:tc>
      </w:tr>
    </w:tbl>
    <w:p w14:paraId="23AF843B" w14:textId="77777777" w:rsidR="000C3BFD" w:rsidRDefault="000C3BFD">
      <w:pPr>
        <w:spacing w:after="20"/>
      </w:pPr>
    </w:p>
    <w:p w14:paraId="1F709AEF" w14:textId="77777777" w:rsidR="000C3BFD" w:rsidRDefault="00FA377C">
      <w:pPr>
        <w:pStyle w:val="Heading1"/>
      </w:pPr>
      <w:r>
        <w:t>Personal details</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240"/>
        <w:gridCol w:w="10768"/>
      </w:tblGrid>
      <w:tr w:rsidR="000C3BFD" w14:paraId="2E0DE9FD" w14:textId="77777777">
        <w:trPr>
          <w:cantSplit/>
          <w:jc w:val="center"/>
        </w:trPr>
        <w:tc>
          <w:tcPr>
            <w:tcW w:w="2835" w:type="dxa"/>
            <w:shd w:val="clear" w:color="auto" w:fill="EFE8F7"/>
            <w:tcMar>
              <w:top w:w="110" w:type="dxa"/>
              <w:left w:w="130" w:type="dxa"/>
              <w:bottom w:w="110" w:type="dxa"/>
              <w:right w:w="130" w:type="dxa"/>
            </w:tcMar>
            <w:vAlign w:val="center"/>
          </w:tcPr>
          <w:p w14:paraId="3DF491F3" w14:textId="77777777" w:rsidR="000C3BFD" w:rsidRDefault="00FA377C">
            <w:pPr>
              <w:spacing w:after="0"/>
            </w:pPr>
            <w:r>
              <w:rPr>
                <w:b/>
                <w:color w:val="3F2268"/>
                <w:sz w:val="18"/>
              </w:rPr>
              <w:t>Title and full name</w:t>
            </w:r>
          </w:p>
        </w:tc>
        <w:tc>
          <w:tcPr>
            <w:tcW w:w="7200" w:type="dxa"/>
            <w:shd w:val="clear" w:color="auto" w:fill="FFFFFF"/>
            <w:tcMar>
              <w:top w:w="120" w:type="dxa"/>
              <w:left w:w="130" w:type="dxa"/>
              <w:bottom w:w="120" w:type="dxa"/>
              <w:right w:w="130" w:type="dxa"/>
            </w:tcMar>
          </w:tcPr>
          <w:p w14:paraId="6A8FE9EC" w14:textId="77777777" w:rsidR="000C3BFD" w:rsidRDefault="00FA377C">
            <w:pPr>
              <w:spacing w:after="0"/>
            </w:pPr>
            <w:r>
              <w:rPr>
                <w:i/>
                <w:color w:val="68616F"/>
                <w:sz w:val="18"/>
              </w:rPr>
              <w:t>Click or tap here to enter text.</w:t>
            </w:r>
          </w:p>
        </w:tc>
      </w:tr>
      <w:tr w:rsidR="000C3BFD" w14:paraId="104A76C5" w14:textId="77777777">
        <w:trPr>
          <w:cantSplit/>
          <w:jc w:val="center"/>
        </w:trPr>
        <w:tc>
          <w:tcPr>
            <w:tcW w:w="2835" w:type="dxa"/>
            <w:shd w:val="clear" w:color="auto" w:fill="EFE8F7"/>
            <w:tcMar>
              <w:top w:w="110" w:type="dxa"/>
              <w:left w:w="130" w:type="dxa"/>
              <w:bottom w:w="110" w:type="dxa"/>
              <w:right w:w="130" w:type="dxa"/>
            </w:tcMar>
            <w:vAlign w:val="center"/>
          </w:tcPr>
          <w:p w14:paraId="66D64DEC" w14:textId="77777777" w:rsidR="000C3BFD" w:rsidRDefault="00FA377C">
            <w:pPr>
              <w:spacing w:after="0"/>
            </w:pPr>
            <w:r>
              <w:rPr>
                <w:b/>
                <w:color w:val="3F2268"/>
                <w:sz w:val="18"/>
              </w:rPr>
              <w:t>Preferred name</w:t>
            </w:r>
          </w:p>
        </w:tc>
        <w:tc>
          <w:tcPr>
            <w:tcW w:w="7200" w:type="dxa"/>
            <w:shd w:val="clear" w:color="auto" w:fill="FFFFFF"/>
            <w:tcMar>
              <w:top w:w="120" w:type="dxa"/>
              <w:left w:w="130" w:type="dxa"/>
              <w:bottom w:w="120" w:type="dxa"/>
              <w:right w:w="130" w:type="dxa"/>
            </w:tcMar>
          </w:tcPr>
          <w:p w14:paraId="46784DB8" w14:textId="77777777" w:rsidR="000C3BFD" w:rsidRDefault="00FA377C">
            <w:pPr>
              <w:spacing w:after="0"/>
            </w:pPr>
            <w:r>
              <w:rPr>
                <w:i/>
                <w:color w:val="68616F"/>
                <w:sz w:val="18"/>
              </w:rPr>
              <w:t>Click or tap here to enter text.</w:t>
            </w:r>
          </w:p>
        </w:tc>
      </w:tr>
      <w:tr w:rsidR="000C3BFD" w14:paraId="3A465E40" w14:textId="77777777">
        <w:trPr>
          <w:cantSplit/>
          <w:jc w:val="center"/>
        </w:trPr>
        <w:tc>
          <w:tcPr>
            <w:tcW w:w="2835" w:type="dxa"/>
            <w:shd w:val="clear" w:color="auto" w:fill="EFE8F7"/>
            <w:tcMar>
              <w:top w:w="110" w:type="dxa"/>
              <w:left w:w="130" w:type="dxa"/>
              <w:bottom w:w="110" w:type="dxa"/>
              <w:right w:w="130" w:type="dxa"/>
            </w:tcMar>
            <w:vAlign w:val="center"/>
          </w:tcPr>
          <w:p w14:paraId="13BB1EC3" w14:textId="77777777" w:rsidR="000C3BFD" w:rsidRDefault="00FA377C">
            <w:pPr>
              <w:spacing w:after="0"/>
            </w:pPr>
            <w:r>
              <w:rPr>
                <w:b/>
                <w:color w:val="3F2268"/>
                <w:sz w:val="18"/>
              </w:rPr>
              <w:lastRenderedPageBreak/>
              <w:t>Address</w:t>
            </w:r>
          </w:p>
        </w:tc>
        <w:tc>
          <w:tcPr>
            <w:tcW w:w="7200" w:type="dxa"/>
            <w:shd w:val="clear" w:color="auto" w:fill="FFFFFF"/>
            <w:tcMar>
              <w:top w:w="120" w:type="dxa"/>
              <w:left w:w="130" w:type="dxa"/>
              <w:bottom w:w="120" w:type="dxa"/>
              <w:right w:w="130" w:type="dxa"/>
            </w:tcMar>
          </w:tcPr>
          <w:p w14:paraId="0C97E55A" w14:textId="77777777" w:rsidR="000C3BFD" w:rsidRDefault="00FA377C">
            <w:pPr>
              <w:spacing w:after="0"/>
            </w:pPr>
            <w:r>
              <w:rPr>
                <w:i/>
                <w:color w:val="68616F"/>
                <w:sz w:val="18"/>
              </w:rPr>
              <w:t>Click or tap here to enter text.</w:t>
            </w:r>
          </w:p>
        </w:tc>
      </w:tr>
      <w:tr w:rsidR="000C3BFD" w14:paraId="1C1B498E" w14:textId="77777777">
        <w:trPr>
          <w:cantSplit/>
          <w:jc w:val="center"/>
        </w:trPr>
        <w:tc>
          <w:tcPr>
            <w:tcW w:w="2835" w:type="dxa"/>
            <w:shd w:val="clear" w:color="auto" w:fill="EFE8F7"/>
            <w:tcMar>
              <w:top w:w="110" w:type="dxa"/>
              <w:left w:w="130" w:type="dxa"/>
              <w:bottom w:w="110" w:type="dxa"/>
              <w:right w:w="130" w:type="dxa"/>
            </w:tcMar>
            <w:vAlign w:val="center"/>
          </w:tcPr>
          <w:p w14:paraId="389A8BB3" w14:textId="77777777" w:rsidR="000C3BFD" w:rsidRDefault="00FA377C">
            <w:pPr>
              <w:spacing w:after="0"/>
            </w:pPr>
            <w:r>
              <w:rPr>
                <w:b/>
                <w:color w:val="3F2268"/>
                <w:sz w:val="18"/>
              </w:rPr>
              <w:t>Postcode</w:t>
            </w:r>
          </w:p>
        </w:tc>
        <w:tc>
          <w:tcPr>
            <w:tcW w:w="7200" w:type="dxa"/>
            <w:shd w:val="clear" w:color="auto" w:fill="FFFFFF"/>
            <w:tcMar>
              <w:top w:w="120" w:type="dxa"/>
              <w:left w:w="130" w:type="dxa"/>
              <w:bottom w:w="120" w:type="dxa"/>
              <w:right w:w="130" w:type="dxa"/>
            </w:tcMar>
          </w:tcPr>
          <w:p w14:paraId="1BEE32B0" w14:textId="77777777" w:rsidR="000C3BFD" w:rsidRDefault="00FA377C">
            <w:pPr>
              <w:spacing w:after="0"/>
            </w:pPr>
            <w:r>
              <w:rPr>
                <w:i/>
                <w:color w:val="68616F"/>
                <w:sz w:val="18"/>
              </w:rPr>
              <w:t>Click or tap here to enter text.</w:t>
            </w:r>
          </w:p>
        </w:tc>
      </w:tr>
      <w:tr w:rsidR="000C3BFD" w14:paraId="5758FF84" w14:textId="77777777">
        <w:trPr>
          <w:cantSplit/>
          <w:jc w:val="center"/>
        </w:trPr>
        <w:tc>
          <w:tcPr>
            <w:tcW w:w="2835" w:type="dxa"/>
            <w:shd w:val="clear" w:color="auto" w:fill="EFE8F7"/>
            <w:tcMar>
              <w:top w:w="110" w:type="dxa"/>
              <w:left w:w="130" w:type="dxa"/>
              <w:bottom w:w="110" w:type="dxa"/>
              <w:right w:w="130" w:type="dxa"/>
            </w:tcMar>
            <w:vAlign w:val="center"/>
          </w:tcPr>
          <w:p w14:paraId="5DE1883A" w14:textId="77777777" w:rsidR="000C3BFD" w:rsidRDefault="00FA377C">
            <w:pPr>
              <w:spacing w:after="0"/>
            </w:pPr>
            <w:r>
              <w:rPr>
                <w:b/>
                <w:color w:val="3F2268"/>
                <w:sz w:val="18"/>
              </w:rPr>
              <w:t>Telephone</w:t>
            </w:r>
          </w:p>
        </w:tc>
        <w:tc>
          <w:tcPr>
            <w:tcW w:w="7200" w:type="dxa"/>
            <w:shd w:val="clear" w:color="auto" w:fill="FFFFFF"/>
            <w:tcMar>
              <w:top w:w="120" w:type="dxa"/>
              <w:left w:w="130" w:type="dxa"/>
              <w:bottom w:w="120" w:type="dxa"/>
              <w:right w:w="130" w:type="dxa"/>
            </w:tcMar>
          </w:tcPr>
          <w:p w14:paraId="30340964" w14:textId="77777777" w:rsidR="000C3BFD" w:rsidRDefault="00FA377C">
            <w:pPr>
              <w:spacing w:after="0"/>
            </w:pPr>
            <w:r>
              <w:rPr>
                <w:i/>
                <w:color w:val="68616F"/>
                <w:sz w:val="18"/>
              </w:rPr>
              <w:t>Click or tap here to enter text.</w:t>
            </w:r>
          </w:p>
        </w:tc>
      </w:tr>
      <w:tr w:rsidR="000C3BFD" w14:paraId="4F95C09E" w14:textId="77777777">
        <w:trPr>
          <w:cantSplit/>
          <w:jc w:val="center"/>
        </w:trPr>
        <w:tc>
          <w:tcPr>
            <w:tcW w:w="2835" w:type="dxa"/>
            <w:shd w:val="clear" w:color="auto" w:fill="EFE8F7"/>
            <w:tcMar>
              <w:top w:w="110" w:type="dxa"/>
              <w:left w:w="130" w:type="dxa"/>
              <w:bottom w:w="110" w:type="dxa"/>
              <w:right w:w="130" w:type="dxa"/>
            </w:tcMar>
            <w:vAlign w:val="center"/>
          </w:tcPr>
          <w:p w14:paraId="0C4F6205" w14:textId="77777777" w:rsidR="000C3BFD" w:rsidRDefault="00FA377C">
            <w:pPr>
              <w:spacing w:after="0"/>
            </w:pPr>
            <w:r>
              <w:rPr>
                <w:b/>
                <w:color w:val="3F2268"/>
                <w:sz w:val="18"/>
              </w:rPr>
              <w:t>Email</w:t>
            </w:r>
          </w:p>
        </w:tc>
        <w:tc>
          <w:tcPr>
            <w:tcW w:w="7200" w:type="dxa"/>
            <w:shd w:val="clear" w:color="auto" w:fill="FFFFFF"/>
            <w:tcMar>
              <w:top w:w="120" w:type="dxa"/>
              <w:left w:w="130" w:type="dxa"/>
              <w:bottom w:w="120" w:type="dxa"/>
              <w:right w:w="130" w:type="dxa"/>
            </w:tcMar>
          </w:tcPr>
          <w:p w14:paraId="5C6FFEFB" w14:textId="77777777" w:rsidR="000C3BFD" w:rsidRDefault="00FA377C">
            <w:pPr>
              <w:spacing w:after="0"/>
            </w:pPr>
            <w:r>
              <w:rPr>
                <w:i/>
                <w:color w:val="68616F"/>
                <w:sz w:val="18"/>
              </w:rPr>
              <w:t>Click or tap here to enter text.</w:t>
            </w:r>
          </w:p>
        </w:tc>
      </w:tr>
    </w:tbl>
    <w:p w14:paraId="31A13F56" w14:textId="7FA0DF81" w:rsidR="000C3BFD" w:rsidRDefault="000C3BFD"/>
    <w:p w14:paraId="1207A674" w14:textId="77777777" w:rsidR="000C3BFD" w:rsidRDefault="00FA377C">
      <w:pPr>
        <w:pStyle w:val="Heading1"/>
      </w:pPr>
      <w:r>
        <w:t>Practical requirements</w:t>
      </w:r>
    </w:p>
    <w:p w14:paraId="4A896C4F" w14:textId="77777777" w:rsidR="000C3BFD" w:rsidRDefault="00FA377C">
      <w:r>
        <w:t>Please answer each question. A “no” answer will not automatically prevent consideration unless the requirement is essential and no reasonable alternative is available.</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5257"/>
        <w:gridCol w:w="9751"/>
      </w:tblGrid>
      <w:tr w:rsidR="000C3BFD" w14:paraId="227DF536" w14:textId="77777777">
        <w:trPr>
          <w:cantSplit/>
          <w:jc w:val="center"/>
        </w:trPr>
        <w:tc>
          <w:tcPr>
            <w:tcW w:w="3515" w:type="dxa"/>
            <w:shd w:val="clear" w:color="auto" w:fill="EFE8F7"/>
            <w:tcMar>
              <w:top w:w="110" w:type="dxa"/>
              <w:left w:w="130" w:type="dxa"/>
              <w:bottom w:w="110" w:type="dxa"/>
              <w:right w:w="130" w:type="dxa"/>
            </w:tcMar>
            <w:vAlign w:val="center"/>
          </w:tcPr>
          <w:p w14:paraId="150CE712" w14:textId="77777777" w:rsidR="000C3BFD" w:rsidRDefault="00FA377C">
            <w:pPr>
              <w:spacing w:after="0"/>
            </w:pPr>
            <w:r>
              <w:rPr>
                <w:b/>
                <w:color w:val="3F2268"/>
                <w:sz w:val="18"/>
              </w:rPr>
              <w:t>Right to work in the UK</w:t>
            </w:r>
          </w:p>
        </w:tc>
        <w:tc>
          <w:tcPr>
            <w:tcW w:w="6520" w:type="dxa"/>
            <w:shd w:val="clear" w:color="auto" w:fill="FFFFFF"/>
            <w:tcMar>
              <w:top w:w="120" w:type="dxa"/>
              <w:left w:w="130" w:type="dxa"/>
              <w:bottom w:w="120" w:type="dxa"/>
              <w:right w:w="130" w:type="dxa"/>
            </w:tcMar>
          </w:tcPr>
          <w:p w14:paraId="2B09653F" w14:textId="69AA85AA" w:rsidR="000C3BFD" w:rsidRDefault="00FA377C">
            <w:pPr>
              <w:spacing w:after="0"/>
            </w:pPr>
            <w:r>
              <w:rPr>
                <w:i/>
                <w:color w:val="68616F"/>
                <w:sz w:val="18"/>
              </w:rPr>
              <w:t xml:space="preserve">☐ Yes    ☐ No    </w:t>
            </w:r>
          </w:p>
        </w:tc>
      </w:tr>
      <w:tr w:rsidR="000C3BFD" w14:paraId="02AB3499" w14:textId="77777777">
        <w:trPr>
          <w:cantSplit/>
          <w:jc w:val="center"/>
        </w:trPr>
        <w:tc>
          <w:tcPr>
            <w:tcW w:w="3515" w:type="dxa"/>
            <w:shd w:val="clear" w:color="auto" w:fill="EFE8F7"/>
            <w:tcMar>
              <w:top w:w="110" w:type="dxa"/>
              <w:left w:w="130" w:type="dxa"/>
              <w:bottom w:w="110" w:type="dxa"/>
              <w:right w:w="130" w:type="dxa"/>
            </w:tcMar>
            <w:vAlign w:val="center"/>
          </w:tcPr>
          <w:p w14:paraId="5534CB7E" w14:textId="77777777" w:rsidR="000C3BFD" w:rsidRDefault="00FA377C">
            <w:pPr>
              <w:spacing w:after="0"/>
            </w:pPr>
            <w:r>
              <w:rPr>
                <w:b/>
                <w:color w:val="3F2268"/>
                <w:sz w:val="18"/>
              </w:rPr>
              <w:t>Full driving licence</w:t>
            </w:r>
          </w:p>
        </w:tc>
        <w:tc>
          <w:tcPr>
            <w:tcW w:w="6520" w:type="dxa"/>
            <w:shd w:val="clear" w:color="auto" w:fill="FFFFFF"/>
            <w:tcMar>
              <w:top w:w="120" w:type="dxa"/>
              <w:left w:w="130" w:type="dxa"/>
              <w:bottom w:w="120" w:type="dxa"/>
              <w:right w:w="130" w:type="dxa"/>
            </w:tcMar>
          </w:tcPr>
          <w:p w14:paraId="656F876C" w14:textId="77777777" w:rsidR="000C3BFD" w:rsidRDefault="00FA377C">
            <w:pPr>
              <w:spacing w:after="0"/>
            </w:pPr>
            <w:r>
              <w:rPr>
                <w:i/>
                <w:color w:val="68616F"/>
                <w:sz w:val="18"/>
              </w:rPr>
              <w:t>☐ Yes    ☐ No</w:t>
            </w:r>
          </w:p>
        </w:tc>
      </w:tr>
      <w:tr w:rsidR="000C3BFD" w14:paraId="123C86FA" w14:textId="77777777">
        <w:trPr>
          <w:cantSplit/>
          <w:jc w:val="center"/>
        </w:trPr>
        <w:tc>
          <w:tcPr>
            <w:tcW w:w="3515" w:type="dxa"/>
            <w:shd w:val="clear" w:color="auto" w:fill="EFE8F7"/>
            <w:tcMar>
              <w:top w:w="110" w:type="dxa"/>
              <w:left w:w="130" w:type="dxa"/>
              <w:bottom w:w="110" w:type="dxa"/>
              <w:right w:w="130" w:type="dxa"/>
            </w:tcMar>
            <w:vAlign w:val="center"/>
          </w:tcPr>
          <w:p w14:paraId="7D0D7671" w14:textId="77777777" w:rsidR="000C3BFD" w:rsidRDefault="00FA377C">
            <w:pPr>
              <w:spacing w:after="0"/>
            </w:pPr>
            <w:r>
              <w:rPr>
                <w:b/>
                <w:color w:val="3F2268"/>
                <w:sz w:val="18"/>
              </w:rPr>
              <w:t>Access to a suitable vehicle</w:t>
            </w:r>
          </w:p>
        </w:tc>
        <w:tc>
          <w:tcPr>
            <w:tcW w:w="6520" w:type="dxa"/>
            <w:shd w:val="clear" w:color="auto" w:fill="FFFFFF"/>
            <w:tcMar>
              <w:top w:w="120" w:type="dxa"/>
              <w:left w:w="130" w:type="dxa"/>
              <w:bottom w:w="120" w:type="dxa"/>
              <w:right w:w="130" w:type="dxa"/>
            </w:tcMar>
          </w:tcPr>
          <w:p w14:paraId="0885DB58" w14:textId="77777777" w:rsidR="000C3BFD" w:rsidRDefault="00FA377C">
            <w:pPr>
              <w:spacing w:after="0"/>
            </w:pPr>
            <w:r>
              <w:rPr>
                <w:i/>
                <w:color w:val="68616F"/>
                <w:sz w:val="18"/>
              </w:rPr>
              <w:t>☐ Yes    ☐ No    ☐ Alternative travel arrangements</w:t>
            </w:r>
          </w:p>
        </w:tc>
      </w:tr>
      <w:tr w:rsidR="000C3BFD" w14:paraId="1E685F63" w14:textId="77777777">
        <w:trPr>
          <w:cantSplit/>
          <w:jc w:val="center"/>
        </w:trPr>
        <w:tc>
          <w:tcPr>
            <w:tcW w:w="3515" w:type="dxa"/>
            <w:shd w:val="clear" w:color="auto" w:fill="EFE8F7"/>
            <w:tcMar>
              <w:top w:w="110" w:type="dxa"/>
              <w:left w:w="130" w:type="dxa"/>
              <w:bottom w:w="110" w:type="dxa"/>
              <w:right w:w="130" w:type="dxa"/>
            </w:tcMar>
            <w:vAlign w:val="center"/>
          </w:tcPr>
          <w:p w14:paraId="3712EDA7" w14:textId="77777777" w:rsidR="000C3BFD" w:rsidRDefault="00FA377C">
            <w:pPr>
              <w:spacing w:after="0"/>
            </w:pPr>
            <w:r>
              <w:rPr>
                <w:b/>
                <w:color w:val="3F2268"/>
                <w:sz w:val="18"/>
              </w:rPr>
              <w:t>North East client travel</w:t>
            </w:r>
          </w:p>
        </w:tc>
        <w:tc>
          <w:tcPr>
            <w:tcW w:w="6520" w:type="dxa"/>
            <w:shd w:val="clear" w:color="auto" w:fill="FFFFFF"/>
            <w:tcMar>
              <w:top w:w="120" w:type="dxa"/>
              <w:left w:w="130" w:type="dxa"/>
              <w:bottom w:w="120" w:type="dxa"/>
              <w:right w:w="130" w:type="dxa"/>
            </w:tcMar>
          </w:tcPr>
          <w:p w14:paraId="6C33E86C" w14:textId="77777777" w:rsidR="000C3BFD" w:rsidRDefault="00FA377C">
            <w:pPr>
              <w:spacing w:after="0"/>
            </w:pPr>
            <w:r>
              <w:rPr>
                <w:i/>
                <w:color w:val="68616F"/>
                <w:sz w:val="18"/>
              </w:rPr>
              <w:t>☐ Available    ☐ Please discuss</w:t>
            </w:r>
          </w:p>
        </w:tc>
      </w:tr>
      <w:tr w:rsidR="000C3BFD" w14:paraId="76B3537A" w14:textId="77777777">
        <w:trPr>
          <w:cantSplit/>
          <w:jc w:val="center"/>
        </w:trPr>
        <w:tc>
          <w:tcPr>
            <w:tcW w:w="3515" w:type="dxa"/>
            <w:shd w:val="clear" w:color="auto" w:fill="EFE8F7"/>
            <w:tcMar>
              <w:top w:w="110" w:type="dxa"/>
              <w:left w:w="130" w:type="dxa"/>
              <w:bottom w:w="110" w:type="dxa"/>
              <w:right w:w="130" w:type="dxa"/>
            </w:tcMar>
            <w:vAlign w:val="center"/>
          </w:tcPr>
          <w:p w14:paraId="25201F06" w14:textId="77777777" w:rsidR="000C3BFD" w:rsidRDefault="00FA377C">
            <w:pPr>
              <w:spacing w:after="0"/>
            </w:pPr>
            <w:r>
              <w:rPr>
                <w:b/>
                <w:color w:val="3F2268"/>
                <w:sz w:val="18"/>
              </w:rPr>
              <w:t>Agreed evening meetings</w:t>
            </w:r>
          </w:p>
        </w:tc>
        <w:tc>
          <w:tcPr>
            <w:tcW w:w="6520" w:type="dxa"/>
            <w:shd w:val="clear" w:color="auto" w:fill="FFFFFF"/>
            <w:tcMar>
              <w:top w:w="120" w:type="dxa"/>
              <w:left w:w="130" w:type="dxa"/>
              <w:bottom w:w="120" w:type="dxa"/>
              <w:right w:w="130" w:type="dxa"/>
            </w:tcMar>
          </w:tcPr>
          <w:p w14:paraId="5C52FCA6" w14:textId="77777777" w:rsidR="000C3BFD" w:rsidRDefault="00FA377C">
            <w:pPr>
              <w:spacing w:after="0"/>
            </w:pPr>
            <w:r>
              <w:rPr>
                <w:i/>
                <w:color w:val="68616F"/>
                <w:sz w:val="18"/>
              </w:rPr>
              <w:t>☐ Available    ☐ Please discuss</w:t>
            </w:r>
          </w:p>
        </w:tc>
      </w:tr>
      <w:tr w:rsidR="000C3BFD" w14:paraId="0E09466B" w14:textId="77777777">
        <w:trPr>
          <w:cantSplit/>
          <w:jc w:val="center"/>
        </w:trPr>
        <w:tc>
          <w:tcPr>
            <w:tcW w:w="3515" w:type="dxa"/>
            <w:shd w:val="clear" w:color="auto" w:fill="EFE8F7"/>
            <w:tcMar>
              <w:top w:w="110" w:type="dxa"/>
              <w:left w:w="130" w:type="dxa"/>
              <w:bottom w:w="110" w:type="dxa"/>
              <w:right w:w="130" w:type="dxa"/>
            </w:tcMar>
            <w:vAlign w:val="center"/>
          </w:tcPr>
          <w:p w14:paraId="58967418" w14:textId="77777777" w:rsidR="000C3BFD" w:rsidRDefault="00FA377C">
            <w:pPr>
              <w:spacing w:after="0"/>
            </w:pPr>
            <w:r>
              <w:rPr>
                <w:b/>
                <w:color w:val="3F2268"/>
                <w:sz w:val="18"/>
              </w:rPr>
              <w:t>Hybrid and home working</w:t>
            </w:r>
          </w:p>
        </w:tc>
        <w:tc>
          <w:tcPr>
            <w:tcW w:w="6520" w:type="dxa"/>
            <w:shd w:val="clear" w:color="auto" w:fill="FFFFFF"/>
            <w:tcMar>
              <w:top w:w="120" w:type="dxa"/>
              <w:left w:w="130" w:type="dxa"/>
              <w:bottom w:w="120" w:type="dxa"/>
              <w:right w:w="130" w:type="dxa"/>
            </w:tcMar>
          </w:tcPr>
          <w:p w14:paraId="1EF09177" w14:textId="77777777" w:rsidR="000C3BFD" w:rsidRDefault="00FA377C">
            <w:pPr>
              <w:spacing w:after="0"/>
            </w:pPr>
            <w:r>
              <w:rPr>
                <w:i/>
                <w:color w:val="68616F"/>
                <w:sz w:val="18"/>
              </w:rPr>
              <w:t>☐ Able to meet requirement    ☐ Please discuss</w:t>
            </w:r>
          </w:p>
        </w:tc>
      </w:tr>
    </w:tbl>
    <w:p w14:paraId="14DF3597" w14:textId="77777777" w:rsidR="000C3BFD" w:rsidRDefault="000C3BFD">
      <w:pPr>
        <w:spacing w:after="20"/>
      </w:pPr>
    </w:p>
    <w:p w14:paraId="5217969B" w14:textId="77777777" w:rsidR="000C3BFD" w:rsidRDefault="00FA377C">
      <w:pPr>
        <w:pStyle w:val="Heading2"/>
      </w:pPr>
      <w:r>
        <w:t>Reasonable adjustments</w:t>
      </w:r>
    </w:p>
    <w:p w14:paraId="6DF98D5A" w14:textId="77777777" w:rsidR="000C3BFD" w:rsidRDefault="00FA377C">
      <w:r>
        <w:t>Berry Education will consider reasonable adjustments throughout the recruitment process. Please tell us about any adjustment you would like for interview or assessment. You do not need to provide a diagnosis.</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5D981093" w14:textId="77777777">
        <w:trPr>
          <w:cantSplit/>
          <w:jc w:val="center"/>
        </w:trPr>
        <w:tc>
          <w:tcPr>
            <w:tcW w:w="10035" w:type="dxa"/>
            <w:shd w:val="clear" w:color="auto" w:fill="F8F6FA"/>
            <w:tcMar>
              <w:top w:w="150" w:type="dxa"/>
              <w:left w:w="160" w:type="dxa"/>
              <w:bottom w:w="150" w:type="dxa"/>
              <w:right w:w="160" w:type="dxa"/>
            </w:tcMar>
          </w:tcPr>
          <w:p w14:paraId="19B095C2" w14:textId="77777777" w:rsidR="000C3BFD" w:rsidRDefault="00FA377C">
            <w:pPr>
              <w:spacing w:after="0"/>
            </w:pPr>
            <w:r>
              <w:rPr>
                <w:i/>
                <w:color w:val="68616F"/>
                <w:sz w:val="18"/>
              </w:rPr>
              <w:t>Click or tap here to enter text.</w:t>
            </w:r>
          </w:p>
          <w:p w14:paraId="266DE1DC" w14:textId="77777777" w:rsidR="000C3BFD" w:rsidRDefault="00FA377C">
            <w:pPr>
              <w:spacing w:after="0"/>
            </w:pPr>
            <w:r>
              <w:t xml:space="preserve"> </w:t>
            </w:r>
          </w:p>
          <w:p w14:paraId="607E791B" w14:textId="77777777" w:rsidR="000C3BFD" w:rsidRDefault="00FA377C">
            <w:pPr>
              <w:spacing w:after="0"/>
            </w:pPr>
            <w:r>
              <w:t xml:space="preserve"> </w:t>
            </w:r>
          </w:p>
          <w:p w14:paraId="6EF8E5E2" w14:textId="77777777" w:rsidR="000C3BFD" w:rsidRDefault="00FA377C">
            <w:pPr>
              <w:spacing w:after="0"/>
            </w:pPr>
            <w:r>
              <w:t xml:space="preserve"> </w:t>
            </w:r>
          </w:p>
        </w:tc>
      </w:tr>
    </w:tbl>
    <w:p w14:paraId="2DC0D2D0" w14:textId="77777777" w:rsidR="000C3BFD" w:rsidRDefault="000C3BFD">
      <w:pPr>
        <w:spacing w:after="20"/>
      </w:pPr>
    </w:p>
    <w:p w14:paraId="59642F42" w14:textId="77777777" w:rsidR="000C3BFD" w:rsidRDefault="00FA377C">
      <w:pPr>
        <w:pStyle w:val="Heading1"/>
      </w:pPr>
      <w:r>
        <w:lastRenderedPageBreak/>
        <w:t>Qualifications and professional development</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6106"/>
        <w:gridCol w:w="4070"/>
        <w:gridCol w:w="1865"/>
        <w:gridCol w:w="2967"/>
      </w:tblGrid>
      <w:tr w:rsidR="000C3BFD" w14:paraId="152CFC80" w14:textId="77777777">
        <w:trPr>
          <w:cantSplit/>
          <w:tblHeader/>
          <w:jc w:val="center"/>
        </w:trPr>
        <w:tc>
          <w:tcPr>
            <w:tcW w:w="4082" w:type="dxa"/>
            <w:shd w:val="clear" w:color="auto" w:fill="3F2268"/>
            <w:tcMar>
              <w:top w:w="110" w:type="dxa"/>
              <w:left w:w="130" w:type="dxa"/>
              <w:bottom w:w="110" w:type="dxa"/>
              <w:right w:w="130" w:type="dxa"/>
            </w:tcMar>
          </w:tcPr>
          <w:p w14:paraId="7375CB91" w14:textId="77777777" w:rsidR="000C3BFD" w:rsidRDefault="00FA377C">
            <w:pPr>
              <w:spacing w:after="0"/>
            </w:pPr>
            <w:r>
              <w:rPr>
                <w:b/>
                <w:color w:val="FFFFFF"/>
                <w:sz w:val="18"/>
              </w:rPr>
              <w:t>Qualification / training</w:t>
            </w:r>
          </w:p>
        </w:tc>
        <w:tc>
          <w:tcPr>
            <w:tcW w:w="2721" w:type="dxa"/>
            <w:shd w:val="clear" w:color="auto" w:fill="3F2268"/>
            <w:tcMar>
              <w:top w:w="110" w:type="dxa"/>
              <w:left w:w="130" w:type="dxa"/>
              <w:bottom w:w="110" w:type="dxa"/>
              <w:right w:w="130" w:type="dxa"/>
            </w:tcMar>
          </w:tcPr>
          <w:p w14:paraId="090F7CA7" w14:textId="77777777" w:rsidR="000C3BFD" w:rsidRDefault="00FA377C">
            <w:pPr>
              <w:spacing w:after="0"/>
            </w:pPr>
            <w:r>
              <w:rPr>
                <w:b/>
                <w:color w:val="FFFFFF"/>
                <w:sz w:val="18"/>
              </w:rPr>
              <w:t>Provider</w:t>
            </w:r>
          </w:p>
        </w:tc>
        <w:tc>
          <w:tcPr>
            <w:tcW w:w="1247" w:type="dxa"/>
            <w:shd w:val="clear" w:color="auto" w:fill="3F2268"/>
            <w:tcMar>
              <w:top w:w="110" w:type="dxa"/>
              <w:left w:w="130" w:type="dxa"/>
              <w:bottom w:w="110" w:type="dxa"/>
              <w:right w:w="130" w:type="dxa"/>
            </w:tcMar>
          </w:tcPr>
          <w:p w14:paraId="322DD9A0" w14:textId="77777777" w:rsidR="000C3BFD" w:rsidRDefault="00FA377C">
            <w:pPr>
              <w:spacing w:after="0"/>
            </w:pPr>
            <w:r>
              <w:rPr>
                <w:b/>
                <w:color w:val="FFFFFF"/>
                <w:sz w:val="18"/>
              </w:rPr>
              <w:t>Date</w:t>
            </w:r>
          </w:p>
        </w:tc>
        <w:tc>
          <w:tcPr>
            <w:tcW w:w="1984" w:type="dxa"/>
            <w:shd w:val="clear" w:color="auto" w:fill="3F2268"/>
            <w:tcMar>
              <w:top w:w="110" w:type="dxa"/>
              <w:left w:w="130" w:type="dxa"/>
              <w:bottom w:w="110" w:type="dxa"/>
              <w:right w:w="130" w:type="dxa"/>
            </w:tcMar>
          </w:tcPr>
          <w:p w14:paraId="2402A97E" w14:textId="77777777" w:rsidR="000C3BFD" w:rsidRDefault="00FA377C">
            <w:pPr>
              <w:spacing w:after="0"/>
            </w:pPr>
            <w:r>
              <w:rPr>
                <w:b/>
                <w:color w:val="FFFFFF"/>
                <w:sz w:val="18"/>
              </w:rPr>
              <w:t>Result / status</w:t>
            </w:r>
          </w:p>
        </w:tc>
      </w:tr>
      <w:tr w:rsidR="000C3BFD" w14:paraId="4188E357" w14:textId="77777777">
        <w:trPr>
          <w:cantSplit/>
          <w:jc w:val="center"/>
        </w:trPr>
        <w:tc>
          <w:tcPr>
            <w:tcW w:w="4082" w:type="dxa"/>
            <w:tcMar>
              <w:top w:w="150" w:type="dxa"/>
              <w:left w:w="120" w:type="dxa"/>
              <w:bottom w:w="150" w:type="dxa"/>
              <w:right w:w="120" w:type="dxa"/>
            </w:tcMar>
          </w:tcPr>
          <w:p w14:paraId="79DF770A" w14:textId="77777777" w:rsidR="000C3BFD" w:rsidRDefault="00FA377C">
            <w:pPr>
              <w:spacing w:after="0"/>
            </w:pPr>
            <w:r>
              <w:rPr>
                <w:i/>
                <w:color w:val="68616F"/>
                <w:sz w:val="18"/>
              </w:rPr>
              <w:t>Click or tap here.</w:t>
            </w:r>
          </w:p>
        </w:tc>
        <w:tc>
          <w:tcPr>
            <w:tcW w:w="2721" w:type="dxa"/>
            <w:tcMar>
              <w:top w:w="150" w:type="dxa"/>
              <w:left w:w="120" w:type="dxa"/>
              <w:bottom w:w="150" w:type="dxa"/>
              <w:right w:w="120" w:type="dxa"/>
            </w:tcMar>
          </w:tcPr>
          <w:p w14:paraId="0CE6B1D9" w14:textId="77777777" w:rsidR="000C3BFD" w:rsidRDefault="00FA377C">
            <w:pPr>
              <w:spacing w:after="0"/>
            </w:pPr>
            <w:r>
              <w:rPr>
                <w:i/>
                <w:color w:val="68616F"/>
                <w:sz w:val="18"/>
              </w:rPr>
              <w:t>Click or tap here.</w:t>
            </w:r>
          </w:p>
        </w:tc>
        <w:tc>
          <w:tcPr>
            <w:tcW w:w="1247" w:type="dxa"/>
            <w:tcMar>
              <w:top w:w="150" w:type="dxa"/>
              <w:left w:w="120" w:type="dxa"/>
              <w:bottom w:w="150" w:type="dxa"/>
              <w:right w:w="120" w:type="dxa"/>
            </w:tcMar>
          </w:tcPr>
          <w:p w14:paraId="09418503" w14:textId="77777777" w:rsidR="000C3BFD" w:rsidRDefault="00FA377C">
            <w:pPr>
              <w:spacing w:after="0"/>
            </w:pPr>
            <w:r>
              <w:rPr>
                <w:i/>
                <w:color w:val="68616F"/>
                <w:sz w:val="18"/>
              </w:rPr>
              <w:t>Click or tap here.</w:t>
            </w:r>
          </w:p>
        </w:tc>
        <w:tc>
          <w:tcPr>
            <w:tcW w:w="1984" w:type="dxa"/>
            <w:tcMar>
              <w:top w:w="150" w:type="dxa"/>
              <w:left w:w="120" w:type="dxa"/>
              <w:bottom w:w="150" w:type="dxa"/>
              <w:right w:w="120" w:type="dxa"/>
            </w:tcMar>
          </w:tcPr>
          <w:p w14:paraId="319879E4" w14:textId="77777777" w:rsidR="000C3BFD" w:rsidRDefault="00FA377C">
            <w:pPr>
              <w:spacing w:after="0"/>
            </w:pPr>
            <w:r>
              <w:rPr>
                <w:i/>
                <w:color w:val="68616F"/>
                <w:sz w:val="18"/>
              </w:rPr>
              <w:t>Click or tap here.</w:t>
            </w:r>
          </w:p>
        </w:tc>
      </w:tr>
      <w:tr w:rsidR="000C3BFD" w14:paraId="76B4CA31" w14:textId="77777777">
        <w:trPr>
          <w:cantSplit/>
          <w:jc w:val="center"/>
        </w:trPr>
        <w:tc>
          <w:tcPr>
            <w:tcW w:w="4082" w:type="dxa"/>
            <w:tcMar>
              <w:top w:w="150" w:type="dxa"/>
              <w:left w:w="120" w:type="dxa"/>
              <w:bottom w:w="150" w:type="dxa"/>
              <w:right w:w="120" w:type="dxa"/>
            </w:tcMar>
          </w:tcPr>
          <w:p w14:paraId="3B864D55" w14:textId="77777777" w:rsidR="000C3BFD" w:rsidRDefault="00FA377C">
            <w:pPr>
              <w:spacing w:after="0"/>
            </w:pPr>
            <w:r>
              <w:rPr>
                <w:i/>
                <w:color w:val="68616F"/>
                <w:sz w:val="18"/>
              </w:rPr>
              <w:t>Click or tap here.</w:t>
            </w:r>
          </w:p>
        </w:tc>
        <w:tc>
          <w:tcPr>
            <w:tcW w:w="2721" w:type="dxa"/>
            <w:tcMar>
              <w:top w:w="150" w:type="dxa"/>
              <w:left w:w="120" w:type="dxa"/>
              <w:bottom w:w="150" w:type="dxa"/>
              <w:right w:w="120" w:type="dxa"/>
            </w:tcMar>
          </w:tcPr>
          <w:p w14:paraId="2A518FB8" w14:textId="77777777" w:rsidR="000C3BFD" w:rsidRDefault="00FA377C">
            <w:pPr>
              <w:spacing w:after="0"/>
            </w:pPr>
            <w:r>
              <w:rPr>
                <w:i/>
                <w:color w:val="68616F"/>
                <w:sz w:val="18"/>
              </w:rPr>
              <w:t>Click or tap here.</w:t>
            </w:r>
          </w:p>
        </w:tc>
        <w:tc>
          <w:tcPr>
            <w:tcW w:w="1247" w:type="dxa"/>
            <w:tcMar>
              <w:top w:w="150" w:type="dxa"/>
              <w:left w:w="120" w:type="dxa"/>
              <w:bottom w:w="150" w:type="dxa"/>
              <w:right w:w="120" w:type="dxa"/>
            </w:tcMar>
          </w:tcPr>
          <w:p w14:paraId="16035785" w14:textId="77777777" w:rsidR="000C3BFD" w:rsidRDefault="00FA377C">
            <w:pPr>
              <w:spacing w:after="0"/>
            </w:pPr>
            <w:r>
              <w:rPr>
                <w:i/>
                <w:color w:val="68616F"/>
                <w:sz w:val="18"/>
              </w:rPr>
              <w:t>Click or tap here.</w:t>
            </w:r>
          </w:p>
        </w:tc>
        <w:tc>
          <w:tcPr>
            <w:tcW w:w="1984" w:type="dxa"/>
            <w:tcMar>
              <w:top w:w="150" w:type="dxa"/>
              <w:left w:w="120" w:type="dxa"/>
              <w:bottom w:w="150" w:type="dxa"/>
              <w:right w:w="120" w:type="dxa"/>
            </w:tcMar>
          </w:tcPr>
          <w:p w14:paraId="19413C58" w14:textId="77777777" w:rsidR="000C3BFD" w:rsidRDefault="00FA377C">
            <w:pPr>
              <w:spacing w:after="0"/>
            </w:pPr>
            <w:r>
              <w:rPr>
                <w:i/>
                <w:color w:val="68616F"/>
                <w:sz w:val="18"/>
              </w:rPr>
              <w:t>Click or tap here.</w:t>
            </w:r>
          </w:p>
        </w:tc>
      </w:tr>
      <w:tr w:rsidR="000C3BFD" w14:paraId="1EDDB759" w14:textId="77777777">
        <w:trPr>
          <w:cantSplit/>
          <w:jc w:val="center"/>
        </w:trPr>
        <w:tc>
          <w:tcPr>
            <w:tcW w:w="4082" w:type="dxa"/>
            <w:tcMar>
              <w:top w:w="150" w:type="dxa"/>
              <w:left w:w="120" w:type="dxa"/>
              <w:bottom w:w="150" w:type="dxa"/>
              <w:right w:w="120" w:type="dxa"/>
            </w:tcMar>
          </w:tcPr>
          <w:p w14:paraId="10BDABEB" w14:textId="77777777" w:rsidR="000C3BFD" w:rsidRDefault="00FA377C">
            <w:pPr>
              <w:spacing w:after="0"/>
            </w:pPr>
            <w:r>
              <w:rPr>
                <w:i/>
                <w:color w:val="68616F"/>
                <w:sz w:val="18"/>
              </w:rPr>
              <w:t>Click or tap here.</w:t>
            </w:r>
          </w:p>
        </w:tc>
        <w:tc>
          <w:tcPr>
            <w:tcW w:w="2721" w:type="dxa"/>
            <w:tcMar>
              <w:top w:w="150" w:type="dxa"/>
              <w:left w:w="120" w:type="dxa"/>
              <w:bottom w:w="150" w:type="dxa"/>
              <w:right w:w="120" w:type="dxa"/>
            </w:tcMar>
          </w:tcPr>
          <w:p w14:paraId="5779226C" w14:textId="77777777" w:rsidR="000C3BFD" w:rsidRDefault="00FA377C">
            <w:pPr>
              <w:spacing w:after="0"/>
            </w:pPr>
            <w:r>
              <w:rPr>
                <w:i/>
                <w:color w:val="68616F"/>
                <w:sz w:val="18"/>
              </w:rPr>
              <w:t>Click or tap here.</w:t>
            </w:r>
          </w:p>
        </w:tc>
        <w:tc>
          <w:tcPr>
            <w:tcW w:w="1247" w:type="dxa"/>
            <w:tcMar>
              <w:top w:w="150" w:type="dxa"/>
              <w:left w:w="120" w:type="dxa"/>
              <w:bottom w:w="150" w:type="dxa"/>
              <w:right w:w="120" w:type="dxa"/>
            </w:tcMar>
          </w:tcPr>
          <w:p w14:paraId="5D2A7115" w14:textId="77777777" w:rsidR="000C3BFD" w:rsidRDefault="00FA377C">
            <w:pPr>
              <w:spacing w:after="0"/>
            </w:pPr>
            <w:r>
              <w:rPr>
                <w:i/>
                <w:color w:val="68616F"/>
                <w:sz w:val="18"/>
              </w:rPr>
              <w:t>Click or tap here.</w:t>
            </w:r>
          </w:p>
        </w:tc>
        <w:tc>
          <w:tcPr>
            <w:tcW w:w="1984" w:type="dxa"/>
            <w:tcMar>
              <w:top w:w="150" w:type="dxa"/>
              <w:left w:w="120" w:type="dxa"/>
              <w:bottom w:w="150" w:type="dxa"/>
              <w:right w:w="120" w:type="dxa"/>
            </w:tcMar>
          </w:tcPr>
          <w:p w14:paraId="40412964" w14:textId="77777777" w:rsidR="000C3BFD" w:rsidRDefault="00FA377C">
            <w:pPr>
              <w:spacing w:after="0"/>
            </w:pPr>
            <w:r>
              <w:rPr>
                <w:i/>
                <w:color w:val="68616F"/>
                <w:sz w:val="18"/>
              </w:rPr>
              <w:t>Click or tap here.</w:t>
            </w:r>
          </w:p>
        </w:tc>
      </w:tr>
      <w:tr w:rsidR="000C3BFD" w14:paraId="7BF07B95" w14:textId="77777777">
        <w:trPr>
          <w:cantSplit/>
          <w:jc w:val="center"/>
        </w:trPr>
        <w:tc>
          <w:tcPr>
            <w:tcW w:w="4082" w:type="dxa"/>
            <w:tcMar>
              <w:top w:w="150" w:type="dxa"/>
              <w:left w:w="120" w:type="dxa"/>
              <w:bottom w:w="150" w:type="dxa"/>
              <w:right w:w="120" w:type="dxa"/>
            </w:tcMar>
          </w:tcPr>
          <w:p w14:paraId="3ACF98E4" w14:textId="77777777" w:rsidR="000C3BFD" w:rsidRDefault="00FA377C">
            <w:pPr>
              <w:spacing w:after="0"/>
            </w:pPr>
            <w:r>
              <w:rPr>
                <w:i/>
                <w:color w:val="68616F"/>
                <w:sz w:val="18"/>
              </w:rPr>
              <w:t>Click or tap here.</w:t>
            </w:r>
          </w:p>
        </w:tc>
        <w:tc>
          <w:tcPr>
            <w:tcW w:w="2721" w:type="dxa"/>
            <w:tcMar>
              <w:top w:w="150" w:type="dxa"/>
              <w:left w:w="120" w:type="dxa"/>
              <w:bottom w:w="150" w:type="dxa"/>
              <w:right w:w="120" w:type="dxa"/>
            </w:tcMar>
          </w:tcPr>
          <w:p w14:paraId="49292836" w14:textId="77777777" w:rsidR="000C3BFD" w:rsidRDefault="00FA377C">
            <w:pPr>
              <w:spacing w:after="0"/>
            </w:pPr>
            <w:r>
              <w:rPr>
                <w:i/>
                <w:color w:val="68616F"/>
                <w:sz w:val="18"/>
              </w:rPr>
              <w:t>Click or tap here.</w:t>
            </w:r>
          </w:p>
        </w:tc>
        <w:tc>
          <w:tcPr>
            <w:tcW w:w="1247" w:type="dxa"/>
            <w:tcMar>
              <w:top w:w="150" w:type="dxa"/>
              <w:left w:w="120" w:type="dxa"/>
              <w:bottom w:w="150" w:type="dxa"/>
              <w:right w:w="120" w:type="dxa"/>
            </w:tcMar>
          </w:tcPr>
          <w:p w14:paraId="4AF88119" w14:textId="77777777" w:rsidR="000C3BFD" w:rsidRDefault="00FA377C">
            <w:pPr>
              <w:spacing w:after="0"/>
            </w:pPr>
            <w:r>
              <w:rPr>
                <w:i/>
                <w:color w:val="68616F"/>
                <w:sz w:val="18"/>
              </w:rPr>
              <w:t>Click or tap here.</w:t>
            </w:r>
          </w:p>
        </w:tc>
        <w:tc>
          <w:tcPr>
            <w:tcW w:w="1984" w:type="dxa"/>
            <w:tcMar>
              <w:top w:w="150" w:type="dxa"/>
              <w:left w:w="120" w:type="dxa"/>
              <w:bottom w:w="150" w:type="dxa"/>
              <w:right w:w="120" w:type="dxa"/>
            </w:tcMar>
          </w:tcPr>
          <w:p w14:paraId="3A7D81FC" w14:textId="77777777" w:rsidR="000C3BFD" w:rsidRDefault="00FA377C">
            <w:pPr>
              <w:spacing w:after="0"/>
            </w:pPr>
            <w:r>
              <w:rPr>
                <w:i/>
                <w:color w:val="68616F"/>
                <w:sz w:val="18"/>
              </w:rPr>
              <w:t>Click or tap here.</w:t>
            </w:r>
          </w:p>
        </w:tc>
      </w:tr>
      <w:tr w:rsidR="000C3BFD" w14:paraId="1424C592" w14:textId="77777777">
        <w:trPr>
          <w:cantSplit/>
          <w:jc w:val="center"/>
        </w:trPr>
        <w:tc>
          <w:tcPr>
            <w:tcW w:w="4082" w:type="dxa"/>
            <w:tcMar>
              <w:top w:w="150" w:type="dxa"/>
              <w:left w:w="120" w:type="dxa"/>
              <w:bottom w:w="150" w:type="dxa"/>
              <w:right w:w="120" w:type="dxa"/>
            </w:tcMar>
          </w:tcPr>
          <w:p w14:paraId="53C1F791" w14:textId="77777777" w:rsidR="000C3BFD" w:rsidRDefault="00FA377C">
            <w:pPr>
              <w:spacing w:after="0"/>
            </w:pPr>
            <w:r>
              <w:rPr>
                <w:i/>
                <w:color w:val="68616F"/>
                <w:sz w:val="18"/>
              </w:rPr>
              <w:t>Click or tap here.</w:t>
            </w:r>
          </w:p>
        </w:tc>
        <w:tc>
          <w:tcPr>
            <w:tcW w:w="2721" w:type="dxa"/>
            <w:tcMar>
              <w:top w:w="150" w:type="dxa"/>
              <w:left w:w="120" w:type="dxa"/>
              <w:bottom w:w="150" w:type="dxa"/>
              <w:right w:w="120" w:type="dxa"/>
            </w:tcMar>
          </w:tcPr>
          <w:p w14:paraId="53435A01" w14:textId="77777777" w:rsidR="000C3BFD" w:rsidRDefault="00FA377C">
            <w:pPr>
              <w:spacing w:after="0"/>
            </w:pPr>
            <w:r>
              <w:rPr>
                <w:i/>
                <w:color w:val="68616F"/>
                <w:sz w:val="18"/>
              </w:rPr>
              <w:t>Click or tap here.</w:t>
            </w:r>
          </w:p>
        </w:tc>
        <w:tc>
          <w:tcPr>
            <w:tcW w:w="1247" w:type="dxa"/>
            <w:tcMar>
              <w:top w:w="150" w:type="dxa"/>
              <w:left w:w="120" w:type="dxa"/>
              <w:bottom w:w="150" w:type="dxa"/>
              <w:right w:w="120" w:type="dxa"/>
            </w:tcMar>
          </w:tcPr>
          <w:p w14:paraId="59E0BA85" w14:textId="77777777" w:rsidR="000C3BFD" w:rsidRDefault="00FA377C">
            <w:pPr>
              <w:spacing w:after="0"/>
            </w:pPr>
            <w:r>
              <w:rPr>
                <w:i/>
                <w:color w:val="68616F"/>
                <w:sz w:val="18"/>
              </w:rPr>
              <w:t>Click or tap here.</w:t>
            </w:r>
          </w:p>
        </w:tc>
        <w:tc>
          <w:tcPr>
            <w:tcW w:w="1984" w:type="dxa"/>
            <w:tcMar>
              <w:top w:w="150" w:type="dxa"/>
              <w:left w:w="120" w:type="dxa"/>
              <w:bottom w:w="150" w:type="dxa"/>
              <w:right w:w="120" w:type="dxa"/>
            </w:tcMar>
          </w:tcPr>
          <w:p w14:paraId="1D605836" w14:textId="77777777" w:rsidR="000C3BFD" w:rsidRDefault="00FA377C">
            <w:pPr>
              <w:spacing w:after="0"/>
            </w:pPr>
            <w:r>
              <w:rPr>
                <w:i/>
                <w:color w:val="68616F"/>
                <w:sz w:val="18"/>
              </w:rPr>
              <w:t>Click or tap here.</w:t>
            </w:r>
          </w:p>
        </w:tc>
      </w:tr>
      <w:tr w:rsidR="000C3BFD" w14:paraId="0A28D224" w14:textId="77777777">
        <w:trPr>
          <w:cantSplit/>
          <w:jc w:val="center"/>
        </w:trPr>
        <w:tc>
          <w:tcPr>
            <w:tcW w:w="4082" w:type="dxa"/>
            <w:tcMar>
              <w:top w:w="150" w:type="dxa"/>
              <w:left w:w="120" w:type="dxa"/>
              <w:bottom w:w="150" w:type="dxa"/>
              <w:right w:w="120" w:type="dxa"/>
            </w:tcMar>
          </w:tcPr>
          <w:p w14:paraId="61BC1D1F" w14:textId="77777777" w:rsidR="000C3BFD" w:rsidRDefault="00FA377C">
            <w:pPr>
              <w:spacing w:after="0"/>
            </w:pPr>
            <w:r>
              <w:rPr>
                <w:i/>
                <w:color w:val="68616F"/>
                <w:sz w:val="18"/>
              </w:rPr>
              <w:t>Click or tap here.</w:t>
            </w:r>
          </w:p>
        </w:tc>
        <w:tc>
          <w:tcPr>
            <w:tcW w:w="2721" w:type="dxa"/>
            <w:tcMar>
              <w:top w:w="150" w:type="dxa"/>
              <w:left w:w="120" w:type="dxa"/>
              <w:bottom w:w="150" w:type="dxa"/>
              <w:right w:w="120" w:type="dxa"/>
            </w:tcMar>
          </w:tcPr>
          <w:p w14:paraId="08B6191D" w14:textId="77777777" w:rsidR="000C3BFD" w:rsidRDefault="00FA377C">
            <w:pPr>
              <w:spacing w:after="0"/>
            </w:pPr>
            <w:r>
              <w:rPr>
                <w:i/>
                <w:color w:val="68616F"/>
                <w:sz w:val="18"/>
              </w:rPr>
              <w:t>Click or tap here.</w:t>
            </w:r>
          </w:p>
        </w:tc>
        <w:tc>
          <w:tcPr>
            <w:tcW w:w="1247" w:type="dxa"/>
            <w:tcMar>
              <w:top w:w="150" w:type="dxa"/>
              <w:left w:w="120" w:type="dxa"/>
              <w:bottom w:w="150" w:type="dxa"/>
              <w:right w:w="120" w:type="dxa"/>
            </w:tcMar>
          </w:tcPr>
          <w:p w14:paraId="4CEE21C2" w14:textId="77777777" w:rsidR="000C3BFD" w:rsidRDefault="00FA377C">
            <w:pPr>
              <w:spacing w:after="0"/>
            </w:pPr>
            <w:r>
              <w:rPr>
                <w:i/>
                <w:color w:val="68616F"/>
                <w:sz w:val="18"/>
              </w:rPr>
              <w:t>Click or tap here.</w:t>
            </w:r>
          </w:p>
        </w:tc>
        <w:tc>
          <w:tcPr>
            <w:tcW w:w="1984" w:type="dxa"/>
            <w:tcMar>
              <w:top w:w="150" w:type="dxa"/>
              <w:left w:w="120" w:type="dxa"/>
              <w:bottom w:w="150" w:type="dxa"/>
              <w:right w:w="120" w:type="dxa"/>
            </w:tcMar>
          </w:tcPr>
          <w:p w14:paraId="66920077" w14:textId="77777777" w:rsidR="000C3BFD" w:rsidRDefault="00FA377C">
            <w:pPr>
              <w:spacing w:after="0"/>
            </w:pPr>
            <w:r>
              <w:rPr>
                <w:i/>
                <w:color w:val="68616F"/>
                <w:sz w:val="18"/>
              </w:rPr>
              <w:t>Click or tap here.</w:t>
            </w:r>
          </w:p>
        </w:tc>
      </w:tr>
    </w:tbl>
    <w:p w14:paraId="6A2DE0D6" w14:textId="47892DEF" w:rsidR="000C3BFD" w:rsidRDefault="00FA377C">
      <w:r>
        <w:rPr>
          <w:i/>
          <w:color w:val="68616F"/>
          <w:sz w:val="18"/>
        </w:rPr>
        <w:t>Include relevant governance, education, administration, compliance, legal, digital or professional-development activity. A governance qualification is desirable, not essential.</w:t>
      </w:r>
    </w:p>
    <w:p w14:paraId="7D1755D8" w14:textId="77777777" w:rsidR="000C3BFD" w:rsidRDefault="00FA377C">
      <w:pPr>
        <w:pStyle w:val="Heading1"/>
      </w:pPr>
      <w:r>
        <w:t>Employment and relevant experience</w:t>
      </w:r>
    </w:p>
    <w:p w14:paraId="03453316" w14:textId="77777777" w:rsidR="000C3BFD" w:rsidRDefault="00FA377C">
      <w:r>
        <w:t>Begin with your current or most recent position. Include paid employment, self-employment and relevant voluntary experience. You may attach an additional page if required.</w:t>
      </w:r>
    </w:p>
    <w:p w14:paraId="10C590F6" w14:textId="77777777" w:rsidR="000C3BFD" w:rsidRDefault="00FA377C">
      <w:pPr>
        <w:pStyle w:val="Heading2"/>
      </w:pPr>
      <w:r>
        <w:t>Role 1</w:t>
      </w:r>
    </w:p>
    <w:tbl>
      <w:tblPr>
        <w:tblW w:w="15007"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494"/>
        <w:gridCol w:w="10513"/>
      </w:tblGrid>
      <w:tr w:rsidR="000C3BFD" w14:paraId="412CF0A1" w14:textId="77777777">
        <w:trPr>
          <w:cantSplit/>
          <w:jc w:val="center"/>
        </w:trPr>
        <w:tc>
          <w:tcPr>
            <w:tcW w:w="3005" w:type="dxa"/>
            <w:shd w:val="clear" w:color="auto" w:fill="EFE8F7"/>
            <w:tcMar>
              <w:top w:w="110" w:type="dxa"/>
              <w:left w:w="130" w:type="dxa"/>
              <w:bottom w:w="110" w:type="dxa"/>
              <w:right w:w="130" w:type="dxa"/>
            </w:tcMar>
            <w:vAlign w:val="center"/>
          </w:tcPr>
          <w:p w14:paraId="0656E92B" w14:textId="77777777" w:rsidR="000C3BFD" w:rsidRDefault="00FA377C">
            <w:pPr>
              <w:spacing w:after="0"/>
            </w:pPr>
            <w:r>
              <w:rPr>
                <w:b/>
                <w:color w:val="3F2268"/>
                <w:sz w:val="18"/>
              </w:rPr>
              <w:t>Employer / organisation</w:t>
            </w:r>
          </w:p>
        </w:tc>
        <w:tc>
          <w:tcPr>
            <w:tcW w:w="7030" w:type="dxa"/>
            <w:shd w:val="clear" w:color="auto" w:fill="FFFFFF"/>
            <w:tcMar>
              <w:top w:w="120" w:type="dxa"/>
              <w:left w:w="130" w:type="dxa"/>
              <w:bottom w:w="120" w:type="dxa"/>
              <w:right w:w="130" w:type="dxa"/>
            </w:tcMar>
          </w:tcPr>
          <w:p w14:paraId="4F3BB8CA" w14:textId="77777777" w:rsidR="000C3BFD" w:rsidRDefault="00FA377C">
            <w:pPr>
              <w:spacing w:after="0"/>
            </w:pPr>
            <w:r>
              <w:rPr>
                <w:i/>
                <w:color w:val="68616F"/>
                <w:sz w:val="18"/>
              </w:rPr>
              <w:t>Click or tap here to enter text.</w:t>
            </w:r>
          </w:p>
        </w:tc>
      </w:tr>
      <w:tr w:rsidR="000C3BFD" w14:paraId="0AF205F3" w14:textId="77777777">
        <w:trPr>
          <w:cantSplit/>
          <w:jc w:val="center"/>
        </w:trPr>
        <w:tc>
          <w:tcPr>
            <w:tcW w:w="3005" w:type="dxa"/>
            <w:shd w:val="clear" w:color="auto" w:fill="EFE8F7"/>
            <w:tcMar>
              <w:top w:w="110" w:type="dxa"/>
              <w:left w:w="130" w:type="dxa"/>
              <w:bottom w:w="110" w:type="dxa"/>
              <w:right w:w="130" w:type="dxa"/>
            </w:tcMar>
            <w:vAlign w:val="center"/>
          </w:tcPr>
          <w:p w14:paraId="741822C2" w14:textId="77777777" w:rsidR="000C3BFD" w:rsidRDefault="00FA377C">
            <w:pPr>
              <w:spacing w:after="0"/>
            </w:pPr>
            <w:r>
              <w:rPr>
                <w:b/>
                <w:color w:val="3F2268"/>
                <w:sz w:val="18"/>
              </w:rPr>
              <w:t>Job title / capacity</w:t>
            </w:r>
          </w:p>
        </w:tc>
        <w:tc>
          <w:tcPr>
            <w:tcW w:w="7030" w:type="dxa"/>
            <w:shd w:val="clear" w:color="auto" w:fill="FFFFFF"/>
            <w:tcMar>
              <w:top w:w="120" w:type="dxa"/>
              <w:left w:w="130" w:type="dxa"/>
              <w:bottom w:w="120" w:type="dxa"/>
              <w:right w:w="130" w:type="dxa"/>
            </w:tcMar>
          </w:tcPr>
          <w:p w14:paraId="5CFA573F" w14:textId="77777777" w:rsidR="000C3BFD" w:rsidRDefault="00FA377C">
            <w:pPr>
              <w:spacing w:after="0"/>
            </w:pPr>
            <w:r>
              <w:rPr>
                <w:i/>
                <w:color w:val="68616F"/>
                <w:sz w:val="18"/>
              </w:rPr>
              <w:t>Click or tap here to enter text.</w:t>
            </w:r>
          </w:p>
        </w:tc>
      </w:tr>
      <w:tr w:rsidR="000C3BFD" w14:paraId="22DCBF6D" w14:textId="77777777">
        <w:trPr>
          <w:cantSplit/>
          <w:jc w:val="center"/>
        </w:trPr>
        <w:tc>
          <w:tcPr>
            <w:tcW w:w="3005" w:type="dxa"/>
            <w:shd w:val="clear" w:color="auto" w:fill="EFE8F7"/>
            <w:tcMar>
              <w:top w:w="110" w:type="dxa"/>
              <w:left w:w="130" w:type="dxa"/>
              <w:bottom w:w="110" w:type="dxa"/>
              <w:right w:w="130" w:type="dxa"/>
            </w:tcMar>
            <w:vAlign w:val="center"/>
          </w:tcPr>
          <w:p w14:paraId="01DAEAA3" w14:textId="77777777" w:rsidR="000C3BFD" w:rsidRDefault="00FA377C">
            <w:pPr>
              <w:spacing w:after="0"/>
            </w:pPr>
            <w:r>
              <w:rPr>
                <w:b/>
                <w:color w:val="3F2268"/>
                <w:sz w:val="18"/>
              </w:rPr>
              <w:t>Dates</w:t>
            </w:r>
          </w:p>
        </w:tc>
        <w:tc>
          <w:tcPr>
            <w:tcW w:w="7030" w:type="dxa"/>
            <w:shd w:val="clear" w:color="auto" w:fill="FFFFFF"/>
            <w:tcMar>
              <w:top w:w="120" w:type="dxa"/>
              <w:left w:w="130" w:type="dxa"/>
              <w:bottom w:w="120" w:type="dxa"/>
              <w:right w:w="130" w:type="dxa"/>
            </w:tcMar>
          </w:tcPr>
          <w:p w14:paraId="46681AE6" w14:textId="77777777" w:rsidR="000C3BFD" w:rsidRDefault="00FA377C">
            <w:pPr>
              <w:spacing w:after="0"/>
            </w:pPr>
            <w:r>
              <w:rPr>
                <w:i/>
                <w:color w:val="68616F"/>
                <w:sz w:val="18"/>
              </w:rPr>
              <w:t>From:                         To:</w:t>
            </w:r>
          </w:p>
        </w:tc>
      </w:tr>
      <w:tr w:rsidR="000C3BFD" w14:paraId="55075642" w14:textId="77777777">
        <w:trPr>
          <w:cantSplit/>
          <w:jc w:val="center"/>
        </w:trPr>
        <w:tc>
          <w:tcPr>
            <w:tcW w:w="3005" w:type="dxa"/>
            <w:shd w:val="clear" w:color="auto" w:fill="EFE8F7"/>
            <w:tcMar>
              <w:top w:w="110" w:type="dxa"/>
              <w:left w:w="130" w:type="dxa"/>
              <w:bottom w:w="110" w:type="dxa"/>
              <w:right w:w="130" w:type="dxa"/>
            </w:tcMar>
            <w:vAlign w:val="center"/>
          </w:tcPr>
          <w:p w14:paraId="09A88939" w14:textId="77777777" w:rsidR="000C3BFD" w:rsidRDefault="00FA377C">
            <w:pPr>
              <w:spacing w:after="0"/>
            </w:pPr>
            <w:r>
              <w:rPr>
                <w:b/>
                <w:color w:val="3F2268"/>
                <w:sz w:val="18"/>
              </w:rPr>
              <w:t>Hours / working pattern</w:t>
            </w:r>
          </w:p>
        </w:tc>
        <w:tc>
          <w:tcPr>
            <w:tcW w:w="7030" w:type="dxa"/>
            <w:shd w:val="clear" w:color="auto" w:fill="FFFFFF"/>
            <w:tcMar>
              <w:top w:w="120" w:type="dxa"/>
              <w:left w:w="130" w:type="dxa"/>
              <w:bottom w:w="120" w:type="dxa"/>
              <w:right w:w="130" w:type="dxa"/>
            </w:tcMar>
          </w:tcPr>
          <w:p w14:paraId="21A51445" w14:textId="77777777" w:rsidR="000C3BFD" w:rsidRDefault="00FA377C">
            <w:pPr>
              <w:spacing w:after="0"/>
            </w:pPr>
            <w:r>
              <w:rPr>
                <w:i/>
                <w:color w:val="68616F"/>
                <w:sz w:val="18"/>
              </w:rPr>
              <w:t>Click or tap here to enter text.</w:t>
            </w:r>
          </w:p>
        </w:tc>
      </w:tr>
      <w:tr w:rsidR="000C3BFD" w14:paraId="48F3A133" w14:textId="77777777">
        <w:trPr>
          <w:cantSplit/>
          <w:jc w:val="center"/>
        </w:trPr>
        <w:tc>
          <w:tcPr>
            <w:tcW w:w="3005" w:type="dxa"/>
            <w:shd w:val="clear" w:color="auto" w:fill="EFE8F7"/>
            <w:tcMar>
              <w:top w:w="110" w:type="dxa"/>
              <w:left w:w="130" w:type="dxa"/>
              <w:bottom w:w="110" w:type="dxa"/>
              <w:right w:w="130" w:type="dxa"/>
            </w:tcMar>
            <w:vAlign w:val="center"/>
          </w:tcPr>
          <w:p w14:paraId="15850EDA" w14:textId="77777777" w:rsidR="000C3BFD" w:rsidRDefault="00FA377C">
            <w:pPr>
              <w:spacing w:after="0"/>
            </w:pPr>
            <w:r>
              <w:rPr>
                <w:b/>
                <w:color w:val="3F2268"/>
                <w:sz w:val="18"/>
              </w:rPr>
              <w:t>Main responsibilities and achievements</w:t>
            </w:r>
          </w:p>
        </w:tc>
        <w:tc>
          <w:tcPr>
            <w:tcW w:w="7030" w:type="dxa"/>
            <w:shd w:val="clear" w:color="auto" w:fill="FFFFFF"/>
            <w:tcMar>
              <w:top w:w="120" w:type="dxa"/>
              <w:left w:w="130" w:type="dxa"/>
              <w:bottom w:w="120" w:type="dxa"/>
              <w:right w:w="130" w:type="dxa"/>
            </w:tcMar>
          </w:tcPr>
          <w:p w14:paraId="2C9771C0" w14:textId="77777777" w:rsidR="000C3BFD" w:rsidRDefault="00FA377C">
            <w:pPr>
              <w:spacing w:after="0"/>
            </w:pPr>
            <w:r>
              <w:rPr>
                <w:i/>
                <w:color w:val="68616F"/>
                <w:sz w:val="18"/>
              </w:rPr>
              <w:t>Click or tap here to enter text.</w:t>
            </w:r>
          </w:p>
        </w:tc>
      </w:tr>
      <w:tr w:rsidR="000C3BFD" w14:paraId="00EAF3BC" w14:textId="77777777">
        <w:trPr>
          <w:cantSplit/>
          <w:jc w:val="center"/>
        </w:trPr>
        <w:tc>
          <w:tcPr>
            <w:tcW w:w="3005" w:type="dxa"/>
            <w:shd w:val="clear" w:color="auto" w:fill="EFE8F7"/>
            <w:tcMar>
              <w:top w:w="110" w:type="dxa"/>
              <w:left w:w="130" w:type="dxa"/>
              <w:bottom w:w="110" w:type="dxa"/>
              <w:right w:w="130" w:type="dxa"/>
            </w:tcMar>
            <w:vAlign w:val="center"/>
          </w:tcPr>
          <w:p w14:paraId="457C022F" w14:textId="77777777" w:rsidR="000C3BFD" w:rsidRDefault="00FA377C">
            <w:pPr>
              <w:spacing w:after="0"/>
            </w:pPr>
            <w:r>
              <w:rPr>
                <w:b/>
                <w:color w:val="3F2268"/>
                <w:sz w:val="18"/>
              </w:rPr>
              <w:t>Reason for leaving</w:t>
            </w:r>
          </w:p>
        </w:tc>
        <w:tc>
          <w:tcPr>
            <w:tcW w:w="7030" w:type="dxa"/>
            <w:shd w:val="clear" w:color="auto" w:fill="FFFFFF"/>
            <w:tcMar>
              <w:top w:w="120" w:type="dxa"/>
              <w:left w:w="130" w:type="dxa"/>
              <w:bottom w:w="120" w:type="dxa"/>
              <w:right w:w="130" w:type="dxa"/>
            </w:tcMar>
          </w:tcPr>
          <w:p w14:paraId="416CAB0D" w14:textId="77777777" w:rsidR="000C3BFD" w:rsidRDefault="00FA377C">
            <w:pPr>
              <w:spacing w:after="0"/>
            </w:pPr>
            <w:r>
              <w:rPr>
                <w:i/>
                <w:color w:val="68616F"/>
                <w:sz w:val="18"/>
              </w:rPr>
              <w:t>Click or tap here to enter text.</w:t>
            </w:r>
          </w:p>
        </w:tc>
      </w:tr>
    </w:tbl>
    <w:p w14:paraId="509516E3" w14:textId="77777777" w:rsidR="000C3BFD" w:rsidRDefault="000C3BFD">
      <w:pPr>
        <w:spacing w:after="20"/>
      </w:pPr>
    </w:p>
    <w:p w14:paraId="029BE706" w14:textId="77777777" w:rsidR="000C3BFD" w:rsidRDefault="00FA377C">
      <w:pPr>
        <w:pStyle w:val="Heading2"/>
      </w:pPr>
      <w:r>
        <w:lastRenderedPageBreak/>
        <w:t>Role 2</w:t>
      </w:r>
    </w:p>
    <w:tbl>
      <w:tblPr>
        <w:tblW w:w="15007"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494"/>
        <w:gridCol w:w="10513"/>
      </w:tblGrid>
      <w:tr w:rsidR="000C3BFD" w14:paraId="2355A665" w14:textId="77777777">
        <w:trPr>
          <w:cantSplit/>
          <w:jc w:val="center"/>
        </w:trPr>
        <w:tc>
          <w:tcPr>
            <w:tcW w:w="3005" w:type="dxa"/>
            <w:shd w:val="clear" w:color="auto" w:fill="EFE8F7"/>
            <w:tcMar>
              <w:top w:w="110" w:type="dxa"/>
              <w:left w:w="130" w:type="dxa"/>
              <w:bottom w:w="110" w:type="dxa"/>
              <w:right w:w="130" w:type="dxa"/>
            </w:tcMar>
            <w:vAlign w:val="center"/>
          </w:tcPr>
          <w:p w14:paraId="31FA86FB" w14:textId="77777777" w:rsidR="000C3BFD" w:rsidRDefault="00FA377C">
            <w:pPr>
              <w:spacing w:after="0"/>
            </w:pPr>
            <w:r>
              <w:rPr>
                <w:b/>
                <w:color w:val="3F2268"/>
                <w:sz w:val="18"/>
              </w:rPr>
              <w:t>Employer / organisation</w:t>
            </w:r>
          </w:p>
        </w:tc>
        <w:tc>
          <w:tcPr>
            <w:tcW w:w="7030" w:type="dxa"/>
            <w:shd w:val="clear" w:color="auto" w:fill="FFFFFF"/>
            <w:tcMar>
              <w:top w:w="120" w:type="dxa"/>
              <w:left w:w="130" w:type="dxa"/>
              <w:bottom w:w="120" w:type="dxa"/>
              <w:right w:w="130" w:type="dxa"/>
            </w:tcMar>
          </w:tcPr>
          <w:p w14:paraId="73190EB2" w14:textId="77777777" w:rsidR="000C3BFD" w:rsidRDefault="00FA377C">
            <w:pPr>
              <w:spacing w:after="0"/>
            </w:pPr>
            <w:r>
              <w:rPr>
                <w:i/>
                <w:color w:val="68616F"/>
                <w:sz w:val="18"/>
              </w:rPr>
              <w:t>Click or tap here to enter text.</w:t>
            </w:r>
          </w:p>
        </w:tc>
      </w:tr>
      <w:tr w:rsidR="000C3BFD" w14:paraId="1510D6C7" w14:textId="77777777">
        <w:trPr>
          <w:cantSplit/>
          <w:jc w:val="center"/>
        </w:trPr>
        <w:tc>
          <w:tcPr>
            <w:tcW w:w="3005" w:type="dxa"/>
            <w:shd w:val="clear" w:color="auto" w:fill="EFE8F7"/>
            <w:tcMar>
              <w:top w:w="110" w:type="dxa"/>
              <w:left w:w="130" w:type="dxa"/>
              <w:bottom w:w="110" w:type="dxa"/>
              <w:right w:w="130" w:type="dxa"/>
            </w:tcMar>
            <w:vAlign w:val="center"/>
          </w:tcPr>
          <w:p w14:paraId="27DD418A" w14:textId="77777777" w:rsidR="000C3BFD" w:rsidRDefault="00FA377C">
            <w:pPr>
              <w:spacing w:after="0"/>
            </w:pPr>
            <w:r>
              <w:rPr>
                <w:b/>
                <w:color w:val="3F2268"/>
                <w:sz w:val="18"/>
              </w:rPr>
              <w:t>Job title / capacity</w:t>
            </w:r>
          </w:p>
        </w:tc>
        <w:tc>
          <w:tcPr>
            <w:tcW w:w="7030" w:type="dxa"/>
            <w:shd w:val="clear" w:color="auto" w:fill="FFFFFF"/>
            <w:tcMar>
              <w:top w:w="120" w:type="dxa"/>
              <w:left w:w="130" w:type="dxa"/>
              <w:bottom w:w="120" w:type="dxa"/>
              <w:right w:w="130" w:type="dxa"/>
            </w:tcMar>
          </w:tcPr>
          <w:p w14:paraId="6E282498" w14:textId="77777777" w:rsidR="000C3BFD" w:rsidRDefault="00FA377C">
            <w:pPr>
              <w:spacing w:after="0"/>
            </w:pPr>
            <w:r>
              <w:rPr>
                <w:i/>
                <w:color w:val="68616F"/>
                <w:sz w:val="18"/>
              </w:rPr>
              <w:t>Click or tap here to enter text.</w:t>
            </w:r>
          </w:p>
        </w:tc>
      </w:tr>
      <w:tr w:rsidR="000C3BFD" w14:paraId="76BCE207" w14:textId="77777777">
        <w:trPr>
          <w:cantSplit/>
          <w:jc w:val="center"/>
        </w:trPr>
        <w:tc>
          <w:tcPr>
            <w:tcW w:w="3005" w:type="dxa"/>
            <w:shd w:val="clear" w:color="auto" w:fill="EFE8F7"/>
            <w:tcMar>
              <w:top w:w="110" w:type="dxa"/>
              <w:left w:w="130" w:type="dxa"/>
              <w:bottom w:w="110" w:type="dxa"/>
              <w:right w:w="130" w:type="dxa"/>
            </w:tcMar>
            <w:vAlign w:val="center"/>
          </w:tcPr>
          <w:p w14:paraId="420C5800" w14:textId="77777777" w:rsidR="000C3BFD" w:rsidRDefault="00FA377C">
            <w:pPr>
              <w:spacing w:after="0"/>
            </w:pPr>
            <w:r>
              <w:rPr>
                <w:b/>
                <w:color w:val="3F2268"/>
                <w:sz w:val="18"/>
              </w:rPr>
              <w:t>Dates</w:t>
            </w:r>
          </w:p>
        </w:tc>
        <w:tc>
          <w:tcPr>
            <w:tcW w:w="7030" w:type="dxa"/>
            <w:shd w:val="clear" w:color="auto" w:fill="FFFFFF"/>
            <w:tcMar>
              <w:top w:w="120" w:type="dxa"/>
              <w:left w:w="130" w:type="dxa"/>
              <w:bottom w:w="120" w:type="dxa"/>
              <w:right w:w="130" w:type="dxa"/>
            </w:tcMar>
          </w:tcPr>
          <w:p w14:paraId="6E98CB51" w14:textId="77777777" w:rsidR="000C3BFD" w:rsidRDefault="00FA377C">
            <w:pPr>
              <w:spacing w:after="0"/>
            </w:pPr>
            <w:r>
              <w:rPr>
                <w:i/>
                <w:color w:val="68616F"/>
                <w:sz w:val="18"/>
              </w:rPr>
              <w:t>From:                         To:</w:t>
            </w:r>
          </w:p>
        </w:tc>
      </w:tr>
      <w:tr w:rsidR="000C3BFD" w14:paraId="638538E2" w14:textId="77777777">
        <w:trPr>
          <w:cantSplit/>
          <w:jc w:val="center"/>
        </w:trPr>
        <w:tc>
          <w:tcPr>
            <w:tcW w:w="3005" w:type="dxa"/>
            <w:shd w:val="clear" w:color="auto" w:fill="EFE8F7"/>
            <w:tcMar>
              <w:top w:w="110" w:type="dxa"/>
              <w:left w:w="130" w:type="dxa"/>
              <w:bottom w:w="110" w:type="dxa"/>
              <w:right w:w="130" w:type="dxa"/>
            </w:tcMar>
            <w:vAlign w:val="center"/>
          </w:tcPr>
          <w:p w14:paraId="47380D45" w14:textId="77777777" w:rsidR="000C3BFD" w:rsidRDefault="00FA377C">
            <w:pPr>
              <w:spacing w:after="0"/>
            </w:pPr>
            <w:r>
              <w:rPr>
                <w:b/>
                <w:color w:val="3F2268"/>
                <w:sz w:val="18"/>
              </w:rPr>
              <w:t>Hours / working pattern</w:t>
            </w:r>
          </w:p>
        </w:tc>
        <w:tc>
          <w:tcPr>
            <w:tcW w:w="7030" w:type="dxa"/>
            <w:shd w:val="clear" w:color="auto" w:fill="FFFFFF"/>
            <w:tcMar>
              <w:top w:w="120" w:type="dxa"/>
              <w:left w:w="130" w:type="dxa"/>
              <w:bottom w:w="120" w:type="dxa"/>
              <w:right w:w="130" w:type="dxa"/>
            </w:tcMar>
          </w:tcPr>
          <w:p w14:paraId="4C61EB1B" w14:textId="77777777" w:rsidR="000C3BFD" w:rsidRDefault="00FA377C">
            <w:pPr>
              <w:spacing w:after="0"/>
            </w:pPr>
            <w:r>
              <w:rPr>
                <w:i/>
                <w:color w:val="68616F"/>
                <w:sz w:val="18"/>
              </w:rPr>
              <w:t>Click or tap here to enter text.</w:t>
            </w:r>
          </w:p>
        </w:tc>
      </w:tr>
      <w:tr w:rsidR="000C3BFD" w14:paraId="3C6E1302" w14:textId="77777777">
        <w:trPr>
          <w:cantSplit/>
          <w:jc w:val="center"/>
        </w:trPr>
        <w:tc>
          <w:tcPr>
            <w:tcW w:w="3005" w:type="dxa"/>
            <w:shd w:val="clear" w:color="auto" w:fill="EFE8F7"/>
            <w:tcMar>
              <w:top w:w="110" w:type="dxa"/>
              <w:left w:w="130" w:type="dxa"/>
              <w:bottom w:w="110" w:type="dxa"/>
              <w:right w:w="130" w:type="dxa"/>
            </w:tcMar>
            <w:vAlign w:val="center"/>
          </w:tcPr>
          <w:p w14:paraId="08E41A49" w14:textId="77777777" w:rsidR="000C3BFD" w:rsidRDefault="00FA377C">
            <w:pPr>
              <w:spacing w:after="0"/>
            </w:pPr>
            <w:r>
              <w:rPr>
                <w:b/>
                <w:color w:val="3F2268"/>
                <w:sz w:val="18"/>
              </w:rPr>
              <w:t>Main responsibilities and achievements</w:t>
            </w:r>
          </w:p>
        </w:tc>
        <w:tc>
          <w:tcPr>
            <w:tcW w:w="7030" w:type="dxa"/>
            <w:shd w:val="clear" w:color="auto" w:fill="FFFFFF"/>
            <w:tcMar>
              <w:top w:w="120" w:type="dxa"/>
              <w:left w:w="130" w:type="dxa"/>
              <w:bottom w:w="120" w:type="dxa"/>
              <w:right w:w="130" w:type="dxa"/>
            </w:tcMar>
          </w:tcPr>
          <w:p w14:paraId="31D11060" w14:textId="77777777" w:rsidR="000C3BFD" w:rsidRDefault="00FA377C">
            <w:pPr>
              <w:spacing w:after="0"/>
            </w:pPr>
            <w:r>
              <w:rPr>
                <w:i/>
                <w:color w:val="68616F"/>
                <w:sz w:val="18"/>
              </w:rPr>
              <w:t>Click or tap here to enter text.</w:t>
            </w:r>
          </w:p>
        </w:tc>
      </w:tr>
      <w:tr w:rsidR="000C3BFD" w14:paraId="2221C435" w14:textId="77777777">
        <w:trPr>
          <w:cantSplit/>
          <w:jc w:val="center"/>
        </w:trPr>
        <w:tc>
          <w:tcPr>
            <w:tcW w:w="3005" w:type="dxa"/>
            <w:shd w:val="clear" w:color="auto" w:fill="EFE8F7"/>
            <w:tcMar>
              <w:top w:w="110" w:type="dxa"/>
              <w:left w:w="130" w:type="dxa"/>
              <w:bottom w:w="110" w:type="dxa"/>
              <w:right w:w="130" w:type="dxa"/>
            </w:tcMar>
            <w:vAlign w:val="center"/>
          </w:tcPr>
          <w:p w14:paraId="65DC0F49" w14:textId="77777777" w:rsidR="000C3BFD" w:rsidRDefault="00FA377C">
            <w:pPr>
              <w:spacing w:after="0"/>
            </w:pPr>
            <w:r>
              <w:rPr>
                <w:b/>
                <w:color w:val="3F2268"/>
                <w:sz w:val="18"/>
              </w:rPr>
              <w:t>Reason for leaving</w:t>
            </w:r>
          </w:p>
        </w:tc>
        <w:tc>
          <w:tcPr>
            <w:tcW w:w="7030" w:type="dxa"/>
            <w:shd w:val="clear" w:color="auto" w:fill="FFFFFF"/>
            <w:tcMar>
              <w:top w:w="120" w:type="dxa"/>
              <w:left w:w="130" w:type="dxa"/>
              <w:bottom w:w="120" w:type="dxa"/>
              <w:right w:w="130" w:type="dxa"/>
            </w:tcMar>
          </w:tcPr>
          <w:p w14:paraId="46436260" w14:textId="77777777" w:rsidR="000C3BFD" w:rsidRDefault="00FA377C">
            <w:pPr>
              <w:spacing w:after="0"/>
            </w:pPr>
            <w:r>
              <w:rPr>
                <w:i/>
                <w:color w:val="68616F"/>
                <w:sz w:val="18"/>
              </w:rPr>
              <w:t>Click or tap here to enter text.</w:t>
            </w:r>
          </w:p>
        </w:tc>
      </w:tr>
    </w:tbl>
    <w:p w14:paraId="7D84128F" w14:textId="7908336F" w:rsidR="000C3BFD" w:rsidRDefault="000C3BFD"/>
    <w:p w14:paraId="10886F09" w14:textId="77777777" w:rsidR="000C3BFD" w:rsidRDefault="00FA377C">
      <w:pPr>
        <w:pStyle w:val="Heading2"/>
      </w:pPr>
      <w:r>
        <w:t>Role 3</w:t>
      </w:r>
    </w:p>
    <w:tbl>
      <w:tblPr>
        <w:tblW w:w="15007"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494"/>
        <w:gridCol w:w="10513"/>
      </w:tblGrid>
      <w:tr w:rsidR="000C3BFD" w14:paraId="59A5BB9D" w14:textId="77777777">
        <w:trPr>
          <w:cantSplit/>
          <w:jc w:val="center"/>
        </w:trPr>
        <w:tc>
          <w:tcPr>
            <w:tcW w:w="3005" w:type="dxa"/>
            <w:shd w:val="clear" w:color="auto" w:fill="EFE8F7"/>
            <w:tcMar>
              <w:top w:w="110" w:type="dxa"/>
              <w:left w:w="130" w:type="dxa"/>
              <w:bottom w:w="110" w:type="dxa"/>
              <w:right w:w="130" w:type="dxa"/>
            </w:tcMar>
            <w:vAlign w:val="center"/>
          </w:tcPr>
          <w:p w14:paraId="5D187267" w14:textId="77777777" w:rsidR="000C3BFD" w:rsidRDefault="00FA377C">
            <w:pPr>
              <w:spacing w:after="0"/>
            </w:pPr>
            <w:r>
              <w:rPr>
                <w:b/>
                <w:color w:val="3F2268"/>
                <w:sz w:val="18"/>
              </w:rPr>
              <w:t>Employer / organisation</w:t>
            </w:r>
          </w:p>
        </w:tc>
        <w:tc>
          <w:tcPr>
            <w:tcW w:w="7030" w:type="dxa"/>
            <w:shd w:val="clear" w:color="auto" w:fill="FFFFFF"/>
            <w:tcMar>
              <w:top w:w="120" w:type="dxa"/>
              <w:left w:w="130" w:type="dxa"/>
              <w:bottom w:w="120" w:type="dxa"/>
              <w:right w:w="130" w:type="dxa"/>
            </w:tcMar>
          </w:tcPr>
          <w:p w14:paraId="0DE9B3DC" w14:textId="77777777" w:rsidR="000C3BFD" w:rsidRDefault="00FA377C">
            <w:pPr>
              <w:spacing w:after="0"/>
            </w:pPr>
            <w:r>
              <w:rPr>
                <w:i/>
                <w:color w:val="68616F"/>
                <w:sz w:val="18"/>
              </w:rPr>
              <w:t>Click or tap here to enter text.</w:t>
            </w:r>
          </w:p>
        </w:tc>
      </w:tr>
      <w:tr w:rsidR="000C3BFD" w14:paraId="7185F088" w14:textId="77777777">
        <w:trPr>
          <w:cantSplit/>
          <w:jc w:val="center"/>
        </w:trPr>
        <w:tc>
          <w:tcPr>
            <w:tcW w:w="3005" w:type="dxa"/>
            <w:shd w:val="clear" w:color="auto" w:fill="EFE8F7"/>
            <w:tcMar>
              <w:top w:w="110" w:type="dxa"/>
              <w:left w:w="130" w:type="dxa"/>
              <w:bottom w:w="110" w:type="dxa"/>
              <w:right w:w="130" w:type="dxa"/>
            </w:tcMar>
            <w:vAlign w:val="center"/>
          </w:tcPr>
          <w:p w14:paraId="461B54D2" w14:textId="77777777" w:rsidR="000C3BFD" w:rsidRDefault="00FA377C">
            <w:pPr>
              <w:spacing w:after="0"/>
            </w:pPr>
            <w:r>
              <w:rPr>
                <w:b/>
                <w:color w:val="3F2268"/>
                <w:sz w:val="18"/>
              </w:rPr>
              <w:t>Job title / capacity</w:t>
            </w:r>
          </w:p>
        </w:tc>
        <w:tc>
          <w:tcPr>
            <w:tcW w:w="7030" w:type="dxa"/>
            <w:shd w:val="clear" w:color="auto" w:fill="FFFFFF"/>
            <w:tcMar>
              <w:top w:w="120" w:type="dxa"/>
              <w:left w:w="130" w:type="dxa"/>
              <w:bottom w:w="120" w:type="dxa"/>
              <w:right w:w="130" w:type="dxa"/>
            </w:tcMar>
          </w:tcPr>
          <w:p w14:paraId="2191CD83" w14:textId="77777777" w:rsidR="000C3BFD" w:rsidRDefault="00FA377C">
            <w:pPr>
              <w:spacing w:after="0"/>
            </w:pPr>
            <w:r>
              <w:rPr>
                <w:i/>
                <w:color w:val="68616F"/>
                <w:sz w:val="18"/>
              </w:rPr>
              <w:t>Click or tap here to enter text.</w:t>
            </w:r>
          </w:p>
        </w:tc>
      </w:tr>
      <w:tr w:rsidR="000C3BFD" w14:paraId="27F066F3" w14:textId="77777777">
        <w:trPr>
          <w:cantSplit/>
          <w:jc w:val="center"/>
        </w:trPr>
        <w:tc>
          <w:tcPr>
            <w:tcW w:w="3005" w:type="dxa"/>
            <w:shd w:val="clear" w:color="auto" w:fill="EFE8F7"/>
            <w:tcMar>
              <w:top w:w="110" w:type="dxa"/>
              <w:left w:w="130" w:type="dxa"/>
              <w:bottom w:w="110" w:type="dxa"/>
              <w:right w:w="130" w:type="dxa"/>
            </w:tcMar>
            <w:vAlign w:val="center"/>
          </w:tcPr>
          <w:p w14:paraId="3A69785C" w14:textId="77777777" w:rsidR="000C3BFD" w:rsidRDefault="00FA377C">
            <w:pPr>
              <w:spacing w:after="0"/>
            </w:pPr>
            <w:r>
              <w:rPr>
                <w:b/>
                <w:color w:val="3F2268"/>
                <w:sz w:val="18"/>
              </w:rPr>
              <w:t>Dates</w:t>
            </w:r>
          </w:p>
        </w:tc>
        <w:tc>
          <w:tcPr>
            <w:tcW w:w="7030" w:type="dxa"/>
            <w:shd w:val="clear" w:color="auto" w:fill="FFFFFF"/>
            <w:tcMar>
              <w:top w:w="120" w:type="dxa"/>
              <w:left w:w="130" w:type="dxa"/>
              <w:bottom w:w="120" w:type="dxa"/>
              <w:right w:w="130" w:type="dxa"/>
            </w:tcMar>
          </w:tcPr>
          <w:p w14:paraId="7B3B2B13" w14:textId="77777777" w:rsidR="000C3BFD" w:rsidRDefault="00FA377C">
            <w:pPr>
              <w:spacing w:after="0"/>
            </w:pPr>
            <w:r>
              <w:rPr>
                <w:i/>
                <w:color w:val="68616F"/>
                <w:sz w:val="18"/>
              </w:rPr>
              <w:t>From:                         To:</w:t>
            </w:r>
          </w:p>
        </w:tc>
      </w:tr>
      <w:tr w:rsidR="000C3BFD" w14:paraId="273EC17A" w14:textId="77777777">
        <w:trPr>
          <w:cantSplit/>
          <w:jc w:val="center"/>
        </w:trPr>
        <w:tc>
          <w:tcPr>
            <w:tcW w:w="3005" w:type="dxa"/>
            <w:shd w:val="clear" w:color="auto" w:fill="EFE8F7"/>
            <w:tcMar>
              <w:top w:w="110" w:type="dxa"/>
              <w:left w:w="130" w:type="dxa"/>
              <w:bottom w:w="110" w:type="dxa"/>
              <w:right w:w="130" w:type="dxa"/>
            </w:tcMar>
            <w:vAlign w:val="center"/>
          </w:tcPr>
          <w:p w14:paraId="4CAA333F" w14:textId="77777777" w:rsidR="000C3BFD" w:rsidRDefault="00FA377C">
            <w:pPr>
              <w:spacing w:after="0"/>
            </w:pPr>
            <w:r>
              <w:rPr>
                <w:b/>
                <w:color w:val="3F2268"/>
                <w:sz w:val="18"/>
              </w:rPr>
              <w:t>Hours / working pattern</w:t>
            </w:r>
          </w:p>
        </w:tc>
        <w:tc>
          <w:tcPr>
            <w:tcW w:w="7030" w:type="dxa"/>
            <w:shd w:val="clear" w:color="auto" w:fill="FFFFFF"/>
            <w:tcMar>
              <w:top w:w="120" w:type="dxa"/>
              <w:left w:w="130" w:type="dxa"/>
              <w:bottom w:w="120" w:type="dxa"/>
              <w:right w:w="130" w:type="dxa"/>
            </w:tcMar>
          </w:tcPr>
          <w:p w14:paraId="387CCFDA" w14:textId="77777777" w:rsidR="000C3BFD" w:rsidRDefault="00FA377C">
            <w:pPr>
              <w:spacing w:after="0"/>
            </w:pPr>
            <w:r>
              <w:rPr>
                <w:i/>
                <w:color w:val="68616F"/>
                <w:sz w:val="18"/>
              </w:rPr>
              <w:t>Click or tap here to enter text.</w:t>
            </w:r>
          </w:p>
        </w:tc>
      </w:tr>
      <w:tr w:rsidR="000C3BFD" w14:paraId="55285553" w14:textId="77777777">
        <w:trPr>
          <w:cantSplit/>
          <w:jc w:val="center"/>
        </w:trPr>
        <w:tc>
          <w:tcPr>
            <w:tcW w:w="3005" w:type="dxa"/>
            <w:shd w:val="clear" w:color="auto" w:fill="EFE8F7"/>
            <w:tcMar>
              <w:top w:w="110" w:type="dxa"/>
              <w:left w:w="130" w:type="dxa"/>
              <w:bottom w:w="110" w:type="dxa"/>
              <w:right w:w="130" w:type="dxa"/>
            </w:tcMar>
            <w:vAlign w:val="center"/>
          </w:tcPr>
          <w:p w14:paraId="2D9132A6" w14:textId="77777777" w:rsidR="000C3BFD" w:rsidRDefault="00FA377C">
            <w:pPr>
              <w:spacing w:after="0"/>
            </w:pPr>
            <w:r>
              <w:rPr>
                <w:b/>
                <w:color w:val="3F2268"/>
                <w:sz w:val="18"/>
              </w:rPr>
              <w:t>Main responsibilities and achievements</w:t>
            </w:r>
          </w:p>
        </w:tc>
        <w:tc>
          <w:tcPr>
            <w:tcW w:w="7030" w:type="dxa"/>
            <w:shd w:val="clear" w:color="auto" w:fill="FFFFFF"/>
            <w:tcMar>
              <w:top w:w="120" w:type="dxa"/>
              <w:left w:w="130" w:type="dxa"/>
              <w:bottom w:w="120" w:type="dxa"/>
              <w:right w:w="130" w:type="dxa"/>
            </w:tcMar>
          </w:tcPr>
          <w:p w14:paraId="3650CF2A" w14:textId="77777777" w:rsidR="000C3BFD" w:rsidRDefault="00FA377C">
            <w:pPr>
              <w:spacing w:after="0"/>
            </w:pPr>
            <w:r>
              <w:rPr>
                <w:i/>
                <w:color w:val="68616F"/>
                <w:sz w:val="18"/>
              </w:rPr>
              <w:t>Click or tap here to enter text.</w:t>
            </w:r>
          </w:p>
        </w:tc>
      </w:tr>
      <w:tr w:rsidR="000C3BFD" w14:paraId="535DE496" w14:textId="77777777">
        <w:trPr>
          <w:cantSplit/>
          <w:jc w:val="center"/>
        </w:trPr>
        <w:tc>
          <w:tcPr>
            <w:tcW w:w="3005" w:type="dxa"/>
            <w:shd w:val="clear" w:color="auto" w:fill="EFE8F7"/>
            <w:tcMar>
              <w:top w:w="110" w:type="dxa"/>
              <w:left w:w="130" w:type="dxa"/>
              <w:bottom w:w="110" w:type="dxa"/>
              <w:right w:w="130" w:type="dxa"/>
            </w:tcMar>
            <w:vAlign w:val="center"/>
          </w:tcPr>
          <w:p w14:paraId="075E2D8B" w14:textId="77777777" w:rsidR="000C3BFD" w:rsidRDefault="00FA377C">
            <w:pPr>
              <w:spacing w:after="0"/>
            </w:pPr>
            <w:r>
              <w:rPr>
                <w:b/>
                <w:color w:val="3F2268"/>
                <w:sz w:val="18"/>
              </w:rPr>
              <w:t>Reason for leaving</w:t>
            </w:r>
          </w:p>
        </w:tc>
        <w:tc>
          <w:tcPr>
            <w:tcW w:w="7030" w:type="dxa"/>
            <w:shd w:val="clear" w:color="auto" w:fill="FFFFFF"/>
            <w:tcMar>
              <w:top w:w="120" w:type="dxa"/>
              <w:left w:w="130" w:type="dxa"/>
              <w:bottom w:w="120" w:type="dxa"/>
              <w:right w:w="130" w:type="dxa"/>
            </w:tcMar>
          </w:tcPr>
          <w:p w14:paraId="4305DF8C" w14:textId="77777777" w:rsidR="000C3BFD" w:rsidRDefault="00FA377C">
            <w:pPr>
              <w:spacing w:after="0"/>
            </w:pPr>
            <w:r>
              <w:rPr>
                <w:i/>
                <w:color w:val="68616F"/>
                <w:sz w:val="18"/>
              </w:rPr>
              <w:t>Click or tap here to enter text.</w:t>
            </w:r>
          </w:p>
        </w:tc>
      </w:tr>
    </w:tbl>
    <w:p w14:paraId="54172974" w14:textId="77777777" w:rsidR="000C3BFD" w:rsidRDefault="000C3BFD">
      <w:pPr>
        <w:spacing w:after="20"/>
      </w:pPr>
    </w:p>
    <w:p w14:paraId="041DD6B6" w14:textId="679032D4" w:rsidR="00010A22" w:rsidRDefault="00010A22" w:rsidP="00010A22">
      <w:pPr>
        <w:pStyle w:val="Heading2"/>
      </w:pPr>
      <w:r>
        <w:t>Role 4</w:t>
      </w:r>
    </w:p>
    <w:tbl>
      <w:tblPr>
        <w:tblW w:w="15007"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494"/>
        <w:gridCol w:w="10513"/>
      </w:tblGrid>
      <w:tr w:rsidR="00010A22" w14:paraId="58603A4A" w14:textId="77777777" w:rsidTr="00913D0C">
        <w:trPr>
          <w:cantSplit/>
          <w:jc w:val="center"/>
        </w:trPr>
        <w:tc>
          <w:tcPr>
            <w:tcW w:w="3005" w:type="dxa"/>
            <w:shd w:val="clear" w:color="auto" w:fill="EFE8F7"/>
            <w:tcMar>
              <w:top w:w="110" w:type="dxa"/>
              <w:left w:w="130" w:type="dxa"/>
              <w:bottom w:w="110" w:type="dxa"/>
              <w:right w:w="130" w:type="dxa"/>
            </w:tcMar>
            <w:vAlign w:val="center"/>
          </w:tcPr>
          <w:p w14:paraId="07C2C8AE" w14:textId="77777777" w:rsidR="00010A22" w:rsidRDefault="00010A22" w:rsidP="00913D0C">
            <w:pPr>
              <w:spacing w:after="0"/>
            </w:pPr>
            <w:r>
              <w:rPr>
                <w:b/>
                <w:color w:val="3F2268"/>
                <w:sz w:val="18"/>
              </w:rPr>
              <w:t xml:space="preserve">Employer / </w:t>
            </w:r>
            <w:proofErr w:type="spellStart"/>
            <w:r>
              <w:rPr>
                <w:b/>
                <w:color w:val="3F2268"/>
                <w:sz w:val="18"/>
              </w:rPr>
              <w:t>organisation</w:t>
            </w:r>
            <w:proofErr w:type="spellEnd"/>
          </w:p>
        </w:tc>
        <w:tc>
          <w:tcPr>
            <w:tcW w:w="7030" w:type="dxa"/>
            <w:shd w:val="clear" w:color="auto" w:fill="FFFFFF"/>
            <w:tcMar>
              <w:top w:w="120" w:type="dxa"/>
              <w:left w:w="130" w:type="dxa"/>
              <w:bottom w:w="120" w:type="dxa"/>
              <w:right w:w="130" w:type="dxa"/>
            </w:tcMar>
          </w:tcPr>
          <w:p w14:paraId="56997667" w14:textId="77777777" w:rsidR="00010A22" w:rsidRDefault="00010A22" w:rsidP="00913D0C">
            <w:pPr>
              <w:spacing w:after="0"/>
            </w:pPr>
            <w:r>
              <w:rPr>
                <w:i/>
                <w:color w:val="68616F"/>
                <w:sz w:val="18"/>
              </w:rPr>
              <w:t>Click or tap here to enter text.</w:t>
            </w:r>
          </w:p>
        </w:tc>
      </w:tr>
      <w:tr w:rsidR="00010A22" w14:paraId="67D72377" w14:textId="77777777" w:rsidTr="00913D0C">
        <w:trPr>
          <w:cantSplit/>
          <w:jc w:val="center"/>
        </w:trPr>
        <w:tc>
          <w:tcPr>
            <w:tcW w:w="3005" w:type="dxa"/>
            <w:shd w:val="clear" w:color="auto" w:fill="EFE8F7"/>
            <w:tcMar>
              <w:top w:w="110" w:type="dxa"/>
              <w:left w:w="130" w:type="dxa"/>
              <w:bottom w:w="110" w:type="dxa"/>
              <w:right w:w="130" w:type="dxa"/>
            </w:tcMar>
            <w:vAlign w:val="center"/>
          </w:tcPr>
          <w:p w14:paraId="7EA8FFCC" w14:textId="77777777" w:rsidR="00010A22" w:rsidRDefault="00010A22" w:rsidP="00913D0C">
            <w:pPr>
              <w:spacing w:after="0"/>
            </w:pPr>
            <w:r>
              <w:rPr>
                <w:b/>
                <w:color w:val="3F2268"/>
                <w:sz w:val="18"/>
              </w:rPr>
              <w:t>Job title / capacity</w:t>
            </w:r>
          </w:p>
        </w:tc>
        <w:tc>
          <w:tcPr>
            <w:tcW w:w="7030" w:type="dxa"/>
            <w:shd w:val="clear" w:color="auto" w:fill="FFFFFF"/>
            <w:tcMar>
              <w:top w:w="120" w:type="dxa"/>
              <w:left w:w="130" w:type="dxa"/>
              <w:bottom w:w="120" w:type="dxa"/>
              <w:right w:w="130" w:type="dxa"/>
            </w:tcMar>
          </w:tcPr>
          <w:p w14:paraId="346A29EC" w14:textId="77777777" w:rsidR="00010A22" w:rsidRDefault="00010A22" w:rsidP="00913D0C">
            <w:pPr>
              <w:spacing w:after="0"/>
            </w:pPr>
            <w:r>
              <w:rPr>
                <w:i/>
                <w:color w:val="68616F"/>
                <w:sz w:val="18"/>
              </w:rPr>
              <w:t>Click or tap here to enter text.</w:t>
            </w:r>
          </w:p>
        </w:tc>
      </w:tr>
      <w:tr w:rsidR="00010A22" w14:paraId="0C497521" w14:textId="77777777" w:rsidTr="00913D0C">
        <w:trPr>
          <w:cantSplit/>
          <w:jc w:val="center"/>
        </w:trPr>
        <w:tc>
          <w:tcPr>
            <w:tcW w:w="3005" w:type="dxa"/>
            <w:shd w:val="clear" w:color="auto" w:fill="EFE8F7"/>
            <w:tcMar>
              <w:top w:w="110" w:type="dxa"/>
              <w:left w:w="130" w:type="dxa"/>
              <w:bottom w:w="110" w:type="dxa"/>
              <w:right w:w="130" w:type="dxa"/>
            </w:tcMar>
            <w:vAlign w:val="center"/>
          </w:tcPr>
          <w:p w14:paraId="4378792D" w14:textId="77777777" w:rsidR="00010A22" w:rsidRDefault="00010A22" w:rsidP="00913D0C">
            <w:pPr>
              <w:spacing w:after="0"/>
            </w:pPr>
            <w:r>
              <w:rPr>
                <w:b/>
                <w:color w:val="3F2268"/>
                <w:sz w:val="18"/>
              </w:rPr>
              <w:t>Dates</w:t>
            </w:r>
          </w:p>
        </w:tc>
        <w:tc>
          <w:tcPr>
            <w:tcW w:w="7030" w:type="dxa"/>
            <w:shd w:val="clear" w:color="auto" w:fill="FFFFFF"/>
            <w:tcMar>
              <w:top w:w="120" w:type="dxa"/>
              <w:left w:w="130" w:type="dxa"/>
              <w:bottom w:w="120" w:type="dxa"/>
              <w:right w:w="130" w:type="dxa"/>
            </w:tcMar>
          </w:tcPr>
          <w:p w14:paraId="7FCD913B" w14:textId="77777777" w:rsidR="00010A22" w:rsidRDefault="00010A22" w:rsidP="00913D0C">
            <w:pPr>
              <w:spacing w:after="0"/>
            </w:pPr>
            <w:r>
              <w:rPr>
                <w:i/>
                <w:color w:val="68616F"/>
                <w:sz w:val="18"/>
              </w:rPr>
              <w:t>From:                         To:</w:t>
            </w:r>
          </w:p>
        </w:tc>
      </w:tr>
      <w:tr w:rsidR="00010A22" w14:paraId="4EE050F6" w14:textId="77777777" w:rsidTr="00913D0C">
        <w:trPr>
          <w:cantSplit/>
          <w:jc w:val="center"/>
        </w:trPr>
        <w:tc>
          <w:tcPr>
            <w:tcW w:w="3005" w:type="dxa"/>
            <w:shd w:val="clear" w:color="auto" w:fill="EFE8F7"/>
            <w:tcMar>
              <w:top w:w="110" w:type="dxa"/>
              <w:left w:w="130" w:type="dxa"/>
              <w:bottom w:w="110" w:type="dxa"/>
              <w:right w:w="130" w:type="dxa"/>
            </w:tcMar>
            <w:vAlign w:val="center"/>
          </w:tcPr>
          <w:p w14:paraId="791F2DA7" w14:textId="77777777" w:rsidR="00010A22" w:rsidRDefault="00010A22" w:rsidP="00913D0C">
            <w:pPr>
              <w:spacing w:after="0"/>
            </w:pPr>
            <w:r>
              <w:rPr>
                <w:b/>
                <w:color w:val="3F2268"/>
                <w:sz w:val="18"/>
              </w:rPr>
              <w:lastRenderedPageBreak/>
              <w:t>Hours / working pattern</w:t>
            </w:r>
          </w:p>
        </w:tc>
        <w:tc>
          <w:tcPr>
            <w:tcW w:w="7030" w:type="dxa"/>
            <w:shd w:val="clear" w:color="auto" w:fill="FFFFFF"/>
            <w:tcMar>
              <w:top w:w="120" w:type="dxa"/>
              <w:left w:w="130" w:type="dxa"/>
              <w:bottom w:w="120" w:type="dxa"/>
              <w:right w:w="130" w:type="dxa"/>
            </w:tcMar>
          </w:tcPr>
          <w:p w14:paraId="3C27687D" w14:textId="77777777" w:rsidR="00010A22" w:rsidRDefault="00010A22" w:rsidP="00913D0C">
            <w:pPr>
              <w:spacing w:after="0"/>
            </w:pPr>
            <w:r>
              <w:rPr>
                <w:i/>
                <w:color w:val="68616F"/>
                <w:sz w:val="18"/>
              </w:rPr>
              <w:t>Click or tap here to enter text.</w:t>
            </w:r>
          </w:p>
        </w:tc>
      </w:tr>
      <w:tr w:rsidR="00010A22" w14:paraId="6845AC98" w14:textId="77777777" w:rsidTr="00913D0C">
        <w:trPr>
          <w:cantSplit/>
          <w:jc w:val="center"/>
        </w:trPr>
        <w:tc>
          <w:tcPr>
            <w:tcW w:w="3005" w:type="dxa"/>
            <w:shd w:val="clear" w:color="auto" w:fill="EFE8F7"/>
            <w:tcMar>
              <w:top w:w="110" w:type="dxa"/>
              <w:left w:w="130" w:type="dxa"/>
              <w:bottom w:w="110" w:type="dxa"/>
              <w:right w:w="130" w:type="dxa"/>
            </w:tcMar>
            <w:vAlign w:val="center"/>
          </w:tcPr>
          <w:p w14:paraId="0E8EC722" w14:textId="77777777" w:rsidR="00010A22" w:rsidRDefault="00010A22" w:rsidP="00913D0C">
            <w:pPr>
              <w:spacing w:after="0"/>
            </w:pPr>
            <w:r>
              <w:rPr>
                <w:b/>
                <w:color w:val="3F2268"/>
                <w:sz w:val="18"/>
              </w:rPr>
              <w:t>Main responsibilities and achievements</w:t>
            </w:r>
          </w:p>
        </w:tc>
        <w:tc>
          <w:tcPr>
            <w:tcW w:w="7030" w:type="dxa"/>
            <w:shd w:val="clear" w:color="auto" w:fill="FFFFFF"/>
            <w:tcMar>
              <w:top w:w="120" w:type="dxa"/>
              <w:left w:w="130" w:type="dxa"/>
              <w:bottom w:w="120" w:type="dxa"/>
              <w:right w:w="130" w:type="dxa"/>
            </w:tcMar>
          </w:tcPr>
          <w:p w14:paraId="167A2E0F" w14:textId="77777777" w:rsidR="00010A22" w:rsidRDefault="00010A22" w:rsidP="00913D0C">
            <w:pPr>
              <w:spacing w:after="0"/>
            </w:pPr>
            <w:r>
              <w:rPr>
                <w:i/>
                <w:color w:val="68616F"/>
                <w:sz w:val="18"/>
              </w:rPr>
              <w:t>Click or tap here to enter text.</w:t>
            </w:r>
          </w:p>
        </w:tc>
      </w:tr>
      <w:tr w:rsidR="00010A22" w14:paraId="44750A2A" w14:textId="77777777" w:rsidTr="00913D0C">
        <w:trPr>
          <w:cantSplit/>
          <w:jc w:val="center"/>
        </w:trPr>
        <w:tc>
          <w:tcPr>
            <w:tcW w:w="3005" w:type="dxa"/>
            <w:shd w:val="clear" w:color="auto" w:fill="EFE8F7"/>
            <w:tcMar>
              <w:top w:w="110" w:type="dxa"/>
              <w:left w:w="130" w:type="dxa"/>
              <w:bottom w:w="110" w:type="dxa"/>
              <w:right w:w="130" w:type="dxa"/>
            </w:tcMar>
            <w:vAlign w:val="center"/>
          </w:tcPr>
          <w:p w14:paraId="53FB376E" w14:textId="77777777" w:rsidR="00010A22" w:rsidRDefault="00010A22" w:rsidP="00913D0C">
            <w:pPr>
              <w:spacing w:after="0"/>
            </w:pPr>
            <w:r>
              <w:rPr>
                <w:b/>
                <w:color w:val="3F2268"/>
                <w:sz w:val="18"/>
              </w:rPr>
              <w:t>Reason for leaving</w:t>
            </w:r>
          </w:p>
        </w:tc>
        <w:tc>
          <w:tcPr>
            <w:tcW w:w="7030" w:type="dxa"/>
            <w:shd w:val="clear" w:color="auto" w:fill="FFFFFF"/>
            <w:tcMar>
              <w:top w:w="120" w:type="dxa"/>
              <w:left w:w="130" w:type="dxa"/>
              <w:bottom w:w="120" w:type="dxa"/>
              <w:right w:w="130" w:type="dxa"/>
            </w:tcMar>
          </w:tcPr>
          <w:p w14:paraId="678A6C99" w14:textId="77777777" w:rsidR="00010A22" w:rsidRDefault="00010A22" w:rsidP="00913D0C">
            <w:pPr>
              <w:spacing w:after="0"/>
            </w:pPr>
            <w:r>
              <w:rPr>
                <w:i/>
                <w:color w:val="68616F"/>
                <w:sz w:val="18"/>
              </w:rPr>
              <w:t>Click or tap here to enter text.</w:t>
            </w:r>
          </w:p>
        </w:tc>
      </w:tr>
    </w:tbl>
    <w:p w14:paraId="748DEF2F" w14:textId="77777777" w:rsidR="00010A22" w:rsidRDefault="00010A22">
      <w:pPr>
        <w:spacing w:after="20"/>
      </w:pPr>
    </w:p>
    <w:p w14:paraId="5F8EF591" w14:textId="4F3DD34A" w:rsidR="00010A22" w:rsidRDefault="00010A22" w:rsidP="00010A22">
      <w:pPr>
        <w:pStyle w:val="Heading2"/>
      </w:pPr>
      <w:r>
        <w:t>Role 5</w:t>
      </w:r>
    </w:p>
    <w:tbl>
      <w:tblPr>
        <w:tblW w:w="15007"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494"/>
        <w:gridCol w:w="10513"/>
      </w:tblGrid>
      <w:tr w:rsidR="00010A22" w14:paraId="0BB9D527" w14:textId="77777777" w:rsidTr="00913D0C">
        <w:trPr>
          <w:cantSplit/>
          <w:jc w:val="center"/>
        </w:trPr>
        <w:tc>
          <w:tcPr>
            <w:tcW w:w="3005" w:type="dxa"/>
            <w:shd w:val="clear" w:color="auto" w:fill="EFE8F7"/>
            <w:tcMar>
              <w:top w:w="110" w:type="dxa"/>
              <w:left w:w="130" w:type="dxa"/>
              <w:bottom w:w="110" w:type="dxa"/>
              <w:right w:w="130" w:type="dxa"/>
            </w:tcMar>
            <w:vAlign w:val="center"/>
          </w:tcPr>
          <w:p w14:paraId="0A6FABB2" w14:textId="77777777" w:rsidR="00010A22" w:rsidRDefault="00010A22" w:rsidP="00913D0C">
            <w:pPr>
              <w:spacing w:after="0"/>
            </w:pPr>
            <w:r>
              <w:rPr>
                <w:b/>
                <w:color w:val="3F2268"/>
                <w:sz w:val="18"/>
              </w:rPr>
              <w:t xml:space="preserve">Employer / </w:t>
            </w:r>
            <w:proofErr w:type="spellStart"/>
            <w:r>
              <w:rPr>
                <w:b/>
                <w:color w:val="3F2268"/>
                <w:sz w:val="18"/>
              </w:rPr>
              <w:t>organisation</w:t>
            </w:r>
            <w:proofErr w:type="spellEnd"/>
          </w:p>
        </w:tc>
        <w:tc>
          <w:tcPr>
            <w:tcW w:w="7030" w:type="dxa"/>
            <w:shd w:val="clear" w:color="auto" w:fill="FFFFFF"/>
            <w:tcMar>
              <w:top w:w="120" w:type="dxa"/>
              <w:left w:w="130" w:type="dxa"/>
              <w:bottom w:w="120" w:type="dxa"/>
              <w:right w:w="130" w:type="dxa"/>
            </w:tcMar>
          </w:tcPr>
          <w:p w14:paraId="791A9457" w14:textId="77777777" w:rsidR="00010A22" w:rsidRDefault="00010A22" w:rsidP="00913D0C">
            <w:pPr>
              <w:spacing w:after="0"/>
            </w:pPr>
            <w:r>
              <w:rPr>
                <w:i/>
                <w:color w:val="68616F"/>
                <w:sz w:val="18"/>
              </w:rPr>
              <w:t>Click or tap here to enter text.</w:t>
            </w:r>
          </w:p>
        </w:tc>
      </w:tr>
      <w:tr w:rsidR="00010A22" w14:paraId="40B21668" w14:textId="77777777" w:rsidTr="00913D0C">
        <w:trPr>
          <w:cantSplit/>
          <w:jc w:val="center"/>
        </w:trPr>
        <w:tc>
          <w:tcPr>
            <w:tcW w:w="3005" w:type="dxa"/>
            <w:shd w:val="clear" w:color="auto" w:fill="EFE8F7"/>
            <w:tcMar>
              <w:top w:w="110" w:type="dxa"/>
              <w:left w:w="130" w:type="dxa"/>
              <w:bottom w:w="110" w:type="dxa"/>
              <w:right w:w="130" w:type="dxa"/>
            </w:tcMar>
            <w:vAlign w:val="center"/>
          </w:tcPr>
          <w:p w14:paraId="73330345" w14:textId="77777777" w:rsidR="00010A22" w:rsidRDefault="00010A22" w:rsidP="00913D0C">
            <w:pPr>
              <w:spacing w:after="0"/>
            </w:pPr>
            <w:r>
              <w:rPr>
                <w:b/>
                <w:color w:val="3F2268"/>
                <w:sz w:val="18"/>
              </w:rPr>
              <w:t>Job title / capacity</w:t>
            </w:r>
          </w:p>
        </w:tc>
        <w:tc>
          <w:tcPr>
            <w:tcW w:w="7030" w:type="dxa"/>
            <w:shd w:val="clear" w:color="auto" w:fill="FFFFFF"/>
            <w:tcMar>
              <w:top w:w="120" w:type="dxa"/>
              <w:left w:w="130" w:type="dxa"/>
              <w:bottom w:w="120" w:type="dxa"/>
              <w:right w:w="130" w:type="dxa"/>
            </w:tcMar>
          </w:tcPr>
          <w:p w14:paraId="07116090" w14:textId="77777777" w:rsidR="00010A22" w:rsidRDefault="00010A22" w:rsidP="00913D0C">
            <w:pPr>
              <w:spacing w:after="0"/>
            </w:pPr>
            <w:r>
              <w:rPr>
                <w:i/>
                <w:color w:val="68616F"/>
                <w:sz w:val="18"/>
              </w:rPr>
              <w:t>Click or tap here to enter text.</w:t>
            </w:r>
          </w:p>
        </w:tc>
      </w:tr>
      <w:tr w:rsidR="00010A22" w14:paraId="0F132382" w14:textId="77777777" w:rsidTr="00913D0C">
        <w:trPr>
          <w:cantSplit/>
          <w:jc w:val="center"/>
        </w:trPr>
        <w:tc>
          <w:tcPr>
            <w:tcW w:w="3005" w:type="dxa"/>
            <w:shd w:val="clear" w:color="auto" w:fill="EFE8F7"/>
            <w:tcMar>
              <w:top w:w="110" w:type="dxa"/>
              <w:left w:w="130" w:type="dxa"/>
              <w:bottom w:w="110" w:type="dxa"/>
              <w:right w:w="130" w:type="dxa"/>
            </w:tcMar>
            <w:vAlign w:val="center"/>
          </w:tcPr>
          <w:p w14:paraId="0B126010" w14:textId="77777777" w:rsidR="00010A22" w:rsidRDefault="00010A22" w:rsidP="00913D0C">
            <w:pPr>
              <w:spacing w:after="0"/>
            </w:pPr>
            <w:r>
              <w:rPr>
                <w:b/>
                <w:color w:val="3F2268"/>
                <w:sz w:val="18"/>
              </w:rPr>
              <w:t>Dates</w:t>
            </w:r>
          </w:p>
        </w:tc>
        <w:tc>
          <w:tcPr>
            <w:tcW w:w="7030" w:type="dxa"/>
            <w:shd w:val="clear" w:color="auto" w:fill="FFFFFF"/>
            <w:tcMar>
              <w:top w:w="120" w:type="dxa"/>
              <w:left w:w="130" w:type="dxa"/>
              <w:bottom w:w="120" w:type="dxa"/>
              <w:right w:w="130" w:type="dxa"/>
            </w:tcMar>
          </w:tcPr>
          <w:p w14:paraId="5AFBF5D7" w14:textId="77777777" w:rsidR="00010A22" w:rsidRDefault="00010A22" w:rsidP="00913D0C">
            <w:pPr>
              <w:spacing w:after="0"/>
            </w:pPr>
            <w:r>
              <w:rPr>
                <w:i/>
                <w:color w:val="68616F"/>
                <w:sz w:val="18"/>
              </w:rPr>
              <w:t>From:                         To:</w:t>
            </w:r>
          </w:p>
        </w:tc>
      </w:tr>
      <w:tr w:rsidR="00010A22" w14:paraId="56B0E749" w14:textId="77777777" w:rsidTr="00913D0C">
        <w:trPr>
          <w:cantSplit/>
          <w:jc w:val="center"/>
        </w:trPr>
        <w:tc>
          <w:tcPr>
            <w:tcW w:w="3005" w:type="dxa"/>
            <w:shd w:val="clear" w:color="auto" w:fill="EFE8F7"/>
            <w:tcMar>
              <w:top w:w="110" w:type="dxa"/>
              <w:left w:w="130" w:type="dxa"/>
              <w:bottom w:w="110" w:type="dxa"/>
              <w:right w:w="130" w:type="dxa"/>
            </w:tcMar>
            <w:vAlign w:val="center"/>
          </w:tcPr>
          <w:p w14:paraId="6C45E301" w14:textId="77777777" w:rsidR="00010A22" w:rsidRDefault="00010A22" w:rsidP="00913D0C">
            <w:pPr>
              <w:spacing w:after="0"/>
            </w:pPr>
            <w:r>
              <w:rPr>
                <w:b/>
                <w:color w:val="3F2268"/>
                <w:sz w:val="18"/>
              </w:rPr>
              <w:t>Hours / working pattern</w:t>
            </w:r>
          </w:p>
        </w:tc>
        <w:tc>
          <w:tcPr>
            <w:tcW w:w="7030" w:type="dxa"/>
            <w:shd w:val="clear" w:color="auto" w:fill="FFFFFF"/>
            <w:tcMar>
              <w:top w:w="120" w:type="dxa"/>
              <w:left w:w="130" w:type="dxa"/>
              <w:bottom w:w="120" w:type="dxa"/>
              <w:right w:w="130" w:type="dxa"/>
            </w:tcMar>
          </w:tcPr>
          <w:p w14:paraId="502280B8" w14:textId="77777777" w:rsidR="00010A22" w:rsidRDefault="00010A22" w:rsidP="00913D0C">
            <w:pPr>
              <w:spacing w:after="0"/>
            </w:pPr>
            <w:r>
              <w:rPr>
                <w:i/>
                <w:color w:val="68616F"/>
                <w:sz w:val="18"/>
              </w:rPr>
              <w:t>Click or tap here to enter text.</w:t>
            </w:r>
          </w:p>
        </w:tc>
      </w:tr>
      <w:tr w:rsidR="00010A22" w14:paraId="1B51046C" w14:textId="77777777" w:rsidTr="00913D0C">
        <w:trPr>
          <w:cantSplit/>
          <w:jc w:val="center"/>
        </w:trPr>
        <w:tc>
          <w:tcPr>
            <w:tcW w:w="3005" w:type="dxa"/>
            <w:shd w:val="clear" w:color="auto" w:fill="EFE8F7"/>
            <w:tcMar>
              <w:top w:w="110" w:type="dxa"/>
              <w:left w:w="130" w:type="dxa"/>
              <w:bottom w:w="110" w:type="dxa"/>
              <w:right w:w="130" w:type="dxa"/>
            </w:tcMar>
            <w:vAlign w:val="center"/>
          </w:tcPr>
          <w:p w14:paraId="5BA5D08E" w14:textId="77777777" w:rsidR="00010A22" w:rsidRDefault="00010A22" w:rsidP="00913D0C">
            <w:pPr>
              <w:spacing w:after="0"/>
            </w:pPr>
            <w:r>
              <w:rPr>
                <w:b/>
                <w:color w:val="3F2268"/>
                <w:sz w:val="18"/>
              </w:rPr>
              <w:t>Main responsibilities and achievements</w:t>
            </w:r>
          </w:p>
        </w:tc>
        <w:tc>
          <w:tcPr>
            <w:tcW w:w="7030" w:type="dxa"/>
            <w:shd w:val="clear" w:color="auto" w:fill="FFFFFF"/>
            <w:tcMar>
              <w:top w:w="120" w:type="dxa"/>
              <w:left w:w="130" w:type="dxa"/>
              <w:bottom w:w="120" w:type="dxa"/>
              <w:right w:w="130" w:type="dxa"/>
            </w:tcMar>
          </w:tcPr>
          <w:p w14:paraId="033ECD27" w14:textId="77777777" w:rsidR="00010A22" w:rsidRDefault="00010A22" w:rsidP="00913D0C">
            <w:pPr>
              <w:spacing w:after="0"/>
            </w:pPr>
            <w:r>
              <w:rPr>
                <w:i/>
                <w:color w:val="68616F"/>
                <w:sz w:val="18"/>
              </w:rPr>
              <w:t>Click or tap here to enter text.</w:t>
            </w:r>
          </w:p>
        </w:tc>
      </w:tr>
      <w:tr w:rsidR="00010A22" w14:paraId="33EFC283" w14:textId="77777777" w:rsidTr="00913D0C">
        <w:trPr>
          <w:cantSplit/>
          <w:jc w:val="center"/>
        </w:trPr>
        <w:tc>
          <w:tcPr>
            <w:tcW w:w="3005" w:type="dxa"/>
            <w:shd w:val="clear" w:color="auto" w:fill="EFE8F7"/>
            <w:tcMar>
              <w:top w:w="110" w:type="dxa"/>
              <w:left w:w="130" w:type="dxa"/>
              <w:bottom w:w="110" w:type="dxa"/>
              <w:right w:w="130" w:type="dxa"/>
            </w:tcMar>
            <w:vAlign w:val="center"/>
          </w:tcPr>
          <w:p w14:paraId="0E236002" w14:textId="77777777" w:rsidR="00010A22" w:rsidRDefault="00010A22" w:rsidP="00913D0C">
            <w:pPr>
              <w:spacing w:after="0"/>
            </w:pPr>
            <w:r>
              <w:rPr>
                <w:b/>
                <w:color w:val="3F2268"/>
                <w:sz w:val="18"/>
              </w:rPr>
              <w:t>Reason for leaving</w:t>
            </w:r>
          </w:p>
        </w:tc>
        <w:tc>
          <w:tcPr>
            <w:tcW w:w="7030" w:type="dxa"/>
            <w:shd w:val="clear" w:color="auto" w:fill="FFFFFF"/>
            <w:tcMar>
              <w:top w:w="120" w:type="dxa"/>
              <w:left w:w="130" w:type="dxa"/>
              <w:bottom w:w="120" w:type="dxa"/>
              <w:right w:w="130" w:type="dxa"/>
            </w:tcMar>
          </w:tcPr>
          <w:p w14:paraId="7E26DCC1" w14:textId="77777777" w:rsidR="00010A22" w:rsidRDefault="00010A22" w:rsidP="00913D0C">
            <w:pPr>
              <w:spacing w:after="0"/>
            </w:pPr>
            <w:r>
              <w:rPr>
                <w:i/>
                <w:color w:val="68616F"/>
                <w:sz w:val="18"/>
              </w:rPr>
              <w:t>Click or tap here to enter text.</w:t>
            </w:r>
          </w:p>
        </w:tc>
      </w:tr>
    </w:tbl>
    <w:p w14:paraId="30484515" w14:textId="77777777" w:rsidR="00010A22" w:rsidRDefault="00010A22">
      <w:pPr>
        <w:spacing w:after="20"/>
      </w:pPr>
    </w:p>
    <w:p w14:paraId="6112A638" w14:textId="680425F9" w:rsidR="00010A22" w:rsidRDefault="00010A22" w:rsidP="00010A22">
      <w:pPr>
        <w:pStyle w:val="Heading2"/>
      </w:pPr>
      <w:r>
        <w:t>Role 6</w:t>
      </w:r>
    </w:p>
    <w:tbl>
      <w:tblPr>
        <w:tblW w:w="15007"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494"/>
        <w:gridCol w:w="10513"/>
      </w:tblGrid>
      <w:tr w:rsidR="00010A22" w14:paraId="47F5F033" w14:textId="77777777" w:rsidTr="00913D0C">
        <w:trPr>
          <w:cantSplit/>
          <w:jc w:val="center"/>
        </w:trPr>
        <w:tc>
          <w:tcPr>
            <w:tcW w:w="3005" w:type="dxa"/>
            <w:shd w:val="clear" w:color="auto" w:fill="EFE8F7"/>
            <w:tcMar>
              <w:top w:w="110" w:type="dxa"/>
              <w:left w:w="130" w:type="dxa"/>
              <w:bottom w:w="110" w:type="dxa"/>
              <w:right w:w="130" w:type="dxa"/>
            </w:tcMar>
            <w:vAlign w:val="center"/>
          </w:tcPr>
          <w:p w14:paraId="237F8B36" w14:textId="77777777" w:rsidR="00010A22" w:rsidRDefault="00010A22" w:rsidP="00913D0C">
            <w:pPr>
              <w:spacing w:after="0"/>
            </w:pPr>
            <w:r>
              <w:rPr>
                <w:b/>
                <w:color w:val="3F2268"/>
                <w:sz w:val="18"/>
              </w:rPr>
              <w:t xml:space="preserve">Employer / </w:t>
            </w:r>
            <w:proofErr w:type="spellStart"/>
            <w:r>
              <w:rPr>
                <w:b/>
                <w:color w:val="3F2268"/>
                <w:sz w:val="18"/>
              </w:rPr>
              <w:t>organisation</w:t>
            </w:r>
            <w:proofErr w:type="spellEnd"/>
          </w:p>
        </w:tc>
        <w:tc>
          <w:tcPr>
            <w:tcW w:w="7030" w:type="dxa"/>
            <w:shd w:val="clear" w:color="auto" w:fill="FFFFFF"/>
            <w:tcMar>
              <w:top w:w="120" w:type="dxa"/>
              <w:left w:w="130" w:type="dxa"/>
              <w:bottom w:w="120" w:type="dxa"/>
              <w:right w:w="130" w:type="dxa"/>
            </w:tcMar>
          </w:tcPr>
          <w:p w14:paraId="6F0C5A6D" w14:textId="77777777" w:rsidR="00010A22" w:rsidRDefault="00010A22" w:rsidP="00913D0C">
            <w:pPr>
              <w:spacing w:after="0"/>
            </w:pPr>
            <w:r>
              <w:rPr>
                <w:i/>
                <w:color w:val="68616F"/>
                <w:sz w:val="18"/>
              </w:rPr>
              <w:t>Click or tap here to enter text.</w:t>
            </w:r>
          </w:p>
        </w:tc>
      </w:tr>
      <w:tr w:rsidR="00010A22" w14:paraId="6F23DABB" w14:textId="77777777" w:rsidTr="00913D0C">
        <w:trPr>
          <w:cantSplit/>
          <w:jc w:val="center"/>
        </w:trPr>
        <w:tc>
          <w:tcPr>
            <w:tcW w:w="3005" w:type="dxa"/>
            <w:shd w:val="clear" w:color="auto" w:fill="EFE8F7"/>
            <w:tcMar>
              <w:top w:w="110" w:type="dxa"/>
              <w:left w:w="130" w:type="dxa"/>
              <w:bottom w:w="110" w:type="dxa"/>
              <w:right w:w="130" w:type="dxa"/>
            </w:tcMar>
            <w:vAlign w:val="center"/>
          </w:tcPr>
          <w:p w14:paraId="410C9DE2" w14:textId="77777777" w:rsidR="00010A22" w:rsidRDefault="00010A22" w:rsidP="00913D0C">
            <w:pPr>
              <w:spacing w:after="0"/>
            </w:pPr>
            <w:r>
              <w:rPr>
                <w:b/>
                <w:color w:val="3F2268"/>
                <w:sz w:val="18"/>
              </w:rPr>
              <w:t>Job title / capacity</w:t>
            </w:r>
          </w:p>
        </w:tc>
        <w:tc>
          <w:tcPr>
            <w:tcW w:w="7030" w:type="dxa"/>
            <w:shd w:val="clear" w:color="auto" w:fill="FFFFFF"/>
            <w:tcMar>
              <w:top w:w="120" w:type="dxa"/>
              <w:left w:w="130" w:type="dxa"/>
              <w:bottom w:w="120" w:type="dxa"/>
              <w:right w:w="130" w:type="dxa"/>
            </w:tcMar>
          </w:tcPr>
          <w:p w14:paraId="1C11BA46" w14:textId="77777777" w:rsidR="00010A22" w:rsidRDefault="00010A22" w:rsidP="00913D0C">
            <w:pPr>
              <w:spacing w:after="0"/>
            </w:pPr>
            <w:r>
              <w:rPr>
                <w:i/>
                <w:color w:val="68616F"/>
                <w:sz w:val="18"/>
              </w:rPr>
              <w:t>Click or tap here to enter text.</w:t>
            </w:r>
          </w:p>
        </w:tc>
      </w:tr>
      <w:tr w:rsidR="00010A22" w14:paraId="1028EA9D" w14:textId="77777777" w:rsidTr="00913D0C">
        <w:trPr>
          <w:cantSplit/>
          <w:jc w:val="center"/>
        </w:trPr>
        <w:tc>
          <w:tcPr>
            <w:tcW w:w="3005" w:type="dxa"/>
            <w:shd w:val="clear" w:color="auto" w:fill="EFE8F7"/>
            <w:tcMar>
              <w:top w:w="110" w:type="dxa"/>
              <w:left w:w="130" w:type="dxa"/>
              <w:bottom w:w="110" w:type="dxa"/>
              <w:right w:w="130" w:type="dxa"/>
            </w:tcMar>
            <w:vAlign w:val="center"/>
          </w:tcPr>
          <w:p w14:paraId="4D8B26D4" w14:textId="77777777" w:rsidR="00010A22" w:rsidRDefault="00010A22" w:rsidP="00913D0C">
            <w:pPr>
              <w:spacing w:after="0"/>
            </w:pPr>
            <w:r>
              <w:rPr>
                <w:b/>
                <w:color w:val="3F2268"/>
                <w:sz w:val="18"/>
              </w:rPr>
              <w:t>Dates</w:t>
            </w:r>
          </w:p>
        </w:tc>
        <w:tc>
          <w:tcPr>
            <w:tcW w:w="7030" w:type="dxa"/>
            <w:shd w:val="clear" w:color="auto" w:fill="FFFFFF"/>
            <w:tcMar>
              <w:top w:w="120" w:type="dxa"/>
              <w:left w:w="130" w:type="dxa"/>
              <w:bottom w:w="120" w:type="dxa"/>
              <w:right w:w="130" w:type="dxa"/>
            </w:tcMar>
          </w:tcPr>
          <w:p w14:paraId="6E5D6642" w14:textId="77777777" w:rsidR="00010A22" w:rsidRDefault="00010A22" w:rsidP="00913D0C">
            <w:pPr>
              <w:spacing w:after="0"/>
            </w:pPr>
            <w:r>
              <w:rPr>
                <w:i/>
                <w:color w:val="68616F"/>
                <w:sz w:val="18"/>
              </w:rPr>
              <w:t>From:                         To:</w:t>
            </w:r>
          </w:p>
        </w:tc>
      </w:tr>
      <w:tr w:rsidR="00010A22" w14:paraId="778915CC" w14:textId="77777777" w:rsidTr="00913D0C">
        <w:trPr>
          <w:cantSplit/>
          <w:jc w:val="center"/>
        </w:trPr>
        <w:tc>
          <w:tcPr>
            <w:tcW w:w="3005" w:type="dxa"/>
            <w:shd w:val="clear" w:color="auto" w:fill="EFE8F7"/>
            <w:tcMar>
              <w:top w:w="110" w:type="dxa"/>
              <w:left w:w="130" w:type="dxa"/>
              <w:bottom w:w="110" w:type="dxa"/>
              <w:right w:w="130" w:type="dxa"/>
            </w:tcMar>
            <w:vAlign w:val="center"/>
          </w:tcPr>
          <w:p w14:paraId="0CBD4D99" w14:textId="77777777" w:rsidR="00010A22" w:rsidRDefault="00010A22" w:rsidP="00913D0C">
            <w:pPr>
              <w:spacing w:after="0"/>
            </w:pPr>
            <w:r>
              <w:rPr>
                <w:b/>
                <w:color w:val="3F2268"/>
                <w:sz w:val="18"/>
              </w:rPr>
              <w:t>Hours / working pattern</w:t>
            </w:r>
          </w:p>
        </w:tc>
        <w:tc>
          <w:tcPr>
            <w:tcW w:w="7030" w:type="dxa"/>
            <w:shd w:val="clear" w:color="auto" w:fill="FFFFFF"/>
            <w:tcMar>
              <w:top w:w="120" w:type="dxa"/>
              <w:left w:w="130" w:type="dxa"/>
              <w:bottom w:w="120" w:type="dxa"/>
              <w:right w:w="130" w:type="dxa"/>
            </w:tcMar>
          </w:tcPr>
          <w:p w14:paraId="5556A1C6" w14:textId="77777777" w:rsidR="00010A22" w:rsidRDefault="00010A22" w:rsidP="00913D0C">
            <w:pPr>
              <w:spacing w:after="0"/>
            </w:pPr>
            <w:r>
              <w:rPr>
                <w:i/>
                <w:color w:val="68616F"/>
                <w:sz w:val="18"/>
              </w:rPr>
              <w:t>Click or tap here to enter text.</w:t>
            </w:r>
          </w:p>
        </w:tc>
      </w:tr>
      <w:tr w:rsidR="00010A22" w14:paraId="001AC4F4" w14:textId="77777777" w:rsidTr="00913D0C">
        <w:trPr>
          <w:cantSplit/>
          <w:jc w:val="center"/>
        </w:trPr>
        <w:tc>
          <w:tcPr>
            <w:tcW w:w="3005" w:type="dxa"/>
            <w:shd w:val="clear" w:color="auto" w:fill="EFE8F7"/>
            <w:tcMar>
              <w:top w:w="110" w:type="dxa"/>
              <w:left w:w="130" w:type="dxa"/>
              <w:bottom w:w="110" w:type="dxa"/>
              <w:right w:w="130" w:type="dxa"/>
            </w:tcMar>
            <w:vAlign w:val="center"/>
          </w:tcPr>
          <w:p w14:paraId="61163063" w14:textId="77777777" w:rsidR="00010A22" w:rsidRDefault="00010A22" w:rsidP="00913D0C">
            <w:pPr>
              <w:spacing w:after="0"/>
            </w:pPr>
            <w:r>
              <w:rPr>
                <w:b/>
                <w:color w:val="3F2268"/>
                <w:sz w:val="18"/>
              </w:rPr>
              <w:t>Main responsibilities and achievements</w:t>
            </w:r>
          </w:p>
        </w:tc>
        <w:tc>
          <w:tcPr>
            <w:tcW w:w="7030" w:type="dxa"/>
            <w:shd w:val="clear" w:color="auto" w:fill="FFFFFF"/>
            <w:tcMar>
              <w:top w:w="120" w:type="dxa"/>
              <w:left w:w="130" w:type="dxa"/>
              <w:bottom w:w="120" w:type="dxa"/>
              <w:right w:w="130" w:type="dxa"/>
            </w:tcMar>
          </w:tcPr>
          <w:p w14:paraId="2B4B3AC8" w14:textId="77777777" w:rsidR="00010A22" w:rsidRDefault="00010A22" w:rsidP="00913D0C">
            <w:pPr>
              <w:spacing w:after="0"/>
            </w:pPr>
            <w:r>
              <w:rPr>
                <w:i/>
                <w:color w:val="68616F"/>
                <w:sz w:val="18"/>
              </w:rPr>
              <w:t>Click or tap here to enter text.</w:t>
            </w:r>
          </w:p>
        </w:tc>
      </w:tr>
      <w:tr w:rsidR="00010A22" w14:paraId="3564131A" w14:textId="77777777" w:rsidTr="00913D0C">
        <w:trPr>
          <w:cantSplit/>
          <w:jc w:val="center"/>
        </w:trPr>
        <w:tc>
          <w:tcPr>
            <w:tcW w:w="3005" w:type="dxa"/>
            <w:shd w:val="clear" w:color="auto" w:fill="EFE8F7"/>
            <w:tcMar>
              <w:top w:w="110" w:type="dxa"/>
              <w:left w:w="130" w:type="dxa"/>
              <w:bottom w:w="110" w:type="dxa"/>
              <w:right w:w="130" w:type="dxa"/>
            </w:tcMar>
            <w:vAlign w:val="center"/>
          </w:tcPr>
          <w:p w14:paraId="1E028442" w14:textId="77777777" w:rsidR="00010A22" w:rsidRDefault="00010A22" w:rsidP="00913D0C">
            <w:pPr>
              <w:spacing w:after="0"/>
            </w:pPr>
            <w:r>
              <w:rPr>
                <w:b/>
                <w:color w:val="3F2268"/>
                <w:sz w:val="18"/>
              </w:rPr>
              <w:t>Reason for leaving</w:t>
            </w:r>
          </w:p>
        </w:tc>
        <w:tc>
          <w:tcPr>
            <w:tcW w:w="7030" w:type="dxa"/>
            <w:shd w:val="clear" w:color="auto" w:fill="FFFFFF"/>
            <w:tcMar>
              <w:top w:w="120" w:type="dxa"/>
              <w:left w:w="130" w:type="dxa"/>
              <w:bottom w:w="120" w:type="dxa"/>
              <w:right w:w="130" w:type="dxa"/>
            </w:tcMar>
          </w:tcPr>
          <w:p w14:paraId="6198939F" w14:textId="77777777" w:rsidR="00010A22" w:rsidRDefault="00010A22" w:rsidP="00913D0C">
            <w:pPr>
              <w:spacing w:after="0"/>
            </w:pPr>
            <w:r>
              <w:rPr>
                <w:i/>
                <w:color w:val="68616F"/>
                <w:sz w:val="18"/>
              </w:rPr>
              <w:t>Click or tap here to enter text.</w:t>
            </w:r>
          </w:p>
        </w:tc>
      </w:tr>
    </w:tbl>
    <w:p w14:paraId="48F7AF73" w14:textId="77777777" w:rsidR="00010A22" w:rsidRDefault="00010A22">
      <w:pPr>
        <w:spacing w:after="20"/>
      </w:pPr>
    </w:p>
    <w:p w14:paraId="179E349D" w14:textId="77777777" w:rsidR="000C3BFD" w:rsidRDefault="00FA377C">
      <w:pPr>
        <w:pStyle w:val="Heading2"/>
      </w:pPr>
      <w:r>
        <w:lastRenderedPageBreak/>
        <w:t>Gaps in employment or education</w:t>
      </w:r>
    </w:p>
    <w:p w14:paraId="2B552CF9" w14:textId="77777777" w:rsidR="000C3BFD" w:rsidRDefault="00FA377C">
      <w:r>
        <w:t>Please explain any gaps that are not already clear from the information above. We ask this as part of safer recruitment; a gap will not itself disadvantage your application.</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6F40AD27" w14:textId="77777777">
        <w:trPr>
          <w:cantSplit/>
          <w:jc w:val="center"/>
        </w:trPr>
        <w:tc>
          <w:tcPr>
            <w:tcW w:w="10035" w:type="dxa"/>
            <w:shd w:val="clear" w:color="auto" w:fill="F8F6FA"/>
            <w:tcMar>
              <w:top w:w="150" w:type="dxa"/>
              <w:left w:w="160" w:type="dxa"/>
              <w:bottom w:w="150" w:type="dxa"/>
              <w:right w:w="160" w:type="dxa"/>
            </w:tcMar>
          </w:tcPr>
          <w:p w14:paraId="7DAB204C" w14:textId="77777777" w:rsidR="000C3BFD" w:rsidRDefault="00FA377C">
            <w:pPr>
              <w:spacing w:after="0"/>
            </w:pPr>
            <w:r>
              <w:rPr>
                <w:i/>
                <w:color w:val="68616F"/>
                <w:sz w:val="18"/>
              </w:rPr>
              <w:t>Click or tap here to enter text.</w:t>
            </w:r>
          </w:p>
          <w:p w14:paraId="29030DA1" w14:textId="77777777" w:rsidR="000C3BFD" w:rsidRDefault="00FA377C">
            <w:pPr>
              <w:spacing w:after="0"/>
            </w:pPr>
            <w:r>
              <w:t xml:space="preserve"> </w:t>
            </w:r>
          </w:p>
          <w:p w14:paraId="752EA371" w14:textId="77777777" w:rsidR="000C3BFD" w:rsidRDefault="00FA377C">
            <w:pPr>
              <w:spacing w:after="0"/>
            </w:pPr>
            <w:r>
              <w:t xml:space="preserve"> </w:t>
            </w:r>
          </w:p>
          <w:p w14:paraId="19410A9B" w14:textId="77777777" w:rsidR="000C3BFD" w:rsidRDefault="00FA377C">
            <w:pPr>
              <w:spacing w:after="0"/>
            </w:pPr>
            <w:r>
              <w:t xml:space="preserve"> </w:t>
            </w:r>
          </w:p>
        </w:tc>
      </w:tr>
    </w:tbl>
    <w:p w14:paraId="6E50A1C0" w14:textId="77777777" w:rsidR="000C3BFD" w:rsidRDefault="00FA377C">
      <w:pPr>
        <w:pStyle w:val="Heading1"/>
      </w:pPr>
      <w:r>
        <w:t xml:space="preserve">Evidence against </w:t>
      </w:r>
      <w:proofErr w:type="gramStart"/>
      <w:r>
        <w:t>the person</w:t>
      </w:r>
      <w:proofErr w:type="gramEnd"/>
      <w:r>
        <w:t xml:space="preserve"> specification</w:t>
      </w:r>
    </w:p>
    <w:p w14:paraId="265A2D3A" w14:textId="2882FA3D" w:rsidR="000C3BFD" w:rsidRDefault="00FA377C">
      <w:r>
        <w:t xml:space="preserve">Use examples from employment, volunteering, education or other relevant experience. Direct school-governance experience is valuable but is not required where you can demonstrate comparable judgement, organisation, communication and relationship skills. Suggested maximum: approximately </w:t>
      </w:r>
      <w:r w:rsidR="00413D07">
        <w:t>2100</w:t>
      </w:r>
      <w:r>
        <w:t xml:space="preserve"> words across this section</w:t>
      </w:r>
      <w:r w:rsidR="00413D07">
        <w:t xml:space="preserve"> (please try and remain within a </w:t>
      </w:r>
      <w:r w:rsidR="008D761A">
        <w:t>300-word</w:t>
      </w:r>
      <w:r w:rsidR="00413D07">
        <w:t xml:space="preserve"> count per section)</w:t>
      </w:r>
      <w:r>
        <w:t>.</w:t>
      </w:r>
    </w:p>
    <w:p w14:paraId="6C85C1E4" w14:textId="77777777" w:rsidR="000C3BFD" w:rsidRDefault="00FA377C">
      <w:pPr>
        <w:pStyle w:val="Heading2"/>
      </w:pPr>
      <w:r>
        <w:t>1. Governance, regulation and transferable experience</w:t>
      </w:r>
    </w:p>
    <w:p w14:paraId="626C2E07" w14:textId="77777777" w:rsidR="000C3BFD" w:rsidRDefault="00FA377C">
      <w:r>
        <w:rPr>
          <w:i/>
          <w:color w:val="68616F"/>
          <w:sz w:val="19"/>
        </w:rPr>
        <w:t>Describe experience that required you to learn and apply governance, regulatory, procedural or organisational requirements accurately. This may come from governance, education, committee or executive support, compliance, legal services, professional services, public administration or another relevant setting.</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4D453DD3" w14:textId="77777777">
        <w:trPr>
          <w:cantSplit/>
          <w:jc w:val="center"/>
        </w:trPr>
        <w:tc>
          <w:tcPr>
            <w:tcW w:w="10035" w:type="dxa"/>
            <w:shd w:val="clear" w:color="auto" w:fill="F8F6FA"/>
            <w:tcMar>
              <w:top w:w="150" w:type="dxa"/>
              <w:left w:w="160" w:type="dxa"/>
              <w:bottom w:w="150" w:type="dxa"/>
              <w:right w:w="160" w:type="dxa"/>
            </w:tcMar>
          </w:tcPr>
          <w:p w14:paraId="6B2EB974" w14:textId="77777777" w:rsidR="000C3BFD" w:rsidRDefault="00FA377C">
            <w:pPr>
              <w:spacing w:after="0"/>
            </w:pPr>
            <w:r>
              <w:rPr>
                <w:i/>
                <w:color w:val="68616F"/>
                <w:sz w:val="18"/>
              </w:rPr>
              <w:t>Click or tap here to enter text.</w:t>
            </w:r>
          </w:p>
          <w:p w14:paraId="7A8D7B17" w14:textId="77777777" w:rsidR="000C3BFD" w:rsidRDefault="00FA377C">
            <w:pPr>
              <w:spacing w:after="0"/>
            </w:pPr>
            <w:r>
              <w:t xml:space="preserve"> </w:t>
            </w:r>
          </w:p>
          <w:p w14:paraId="20B82D8C" w14:textId="77777777" w:rsidR="000C3BFD" w:rsidRDefault="00FA377C">
            <w:pPr>
              <w:spacing w:after="0"/>
            </w:pPr>
            <w:r>
              <w:t xml:space="preserve"> </w:t>
            </w:r>
          </w:p>
          <w:p w14:paraId="54B82801" w14:textId="77777777" w:rsidR="000C3BFD" w:rsidRDefault="00FA377C">
            <w:pPr>
              <w:spacing w:after="0"/>
            </w:pPr>
            <w:r>
              <w:t xml:space="preserve"> </w:t>
            </w:r>
          </w:p>
          <w:p w14:paraId="37E38787" w14:textId="77777777" w:rsidR="000C3BFD" w:rsidRDefault="00FA377C">
            <w:pPr>
              <w:spacing w:after="0"/>
            </w:pPr>
            <w:r>
              <w:t xml:space="preserve"> </w:t>
            </w:r>
          </w:p>
          <w:p w14:paraId="2ED325BA" w14:textId="77777777" w:rsidR="000C3BFD" w:rsidRDefault="00FA377C">
            <w:pPr>
              <w:spacing w:after="0"/>
            </w:pPr>
            <w:r>
              <w:t xml:space="preserve"> </w:t>
            </w:r>
          </w:p>
          <w:p w14:paraId="755B28AF" w14:textId="77777777" w:rsidR="000C3BFD" w:rsidRDefault="00FA377C">
            <w:pPr>
              <w:spacing w:after="0"/>
            </w:pPr>
            <w:r>
              <w:t xml:space="preserve"> </w:t>
            </w:r>
          </w:p>
          <w:p w14:paraId="4534B2CA" w14:textId="77777777" w:rsidR="000C3BFD" w:rsidRDefault="00FA377C">
            <w:pPr>
              <w:spacing w:after="0"/>
            </w:pPr>
            <w:r>
              <w:t xml:space="preserve"> </w:t>
            </w:r>
          </w:p>
          <w:p w14:paraId="11BBDAE8" w14:textId="77777777" w:rsidR="000C3BFD" w:rsidRDefault="00FA377C">
            <w:pPr>
              <w:spacing w:after="0"/>
            </w:pPr>
            <w:r>
              <w:t xml:space="preserve"> </w:t>
            </w:r>
          </w:p>
          <w:p w14:paraId="6EC9C2DB" w14:textId="77777777" w:rsidR="000C3BFD" w:rsidRDefault="00FA377C">
            <w:pPr>
              <w:spacing w:after="0"/>
            </w:pPr>
            <w:r>
              <w:t xml:space="preserve"> </w:t>
            </w:r>
          </w:p>
        </w:tc>
      </w:tr>
    </w:tbl>
    <w:p w14:paraId="6082F02F" w14:textId="77777777" w:rsidR="000C3BFD" w:rsidRDefault="00FA377C">
      <w:pPr>
        <w:pStyle w:val="Heading2"/>
      </w:pPr>
      <w:r>
        <w:t>2. Written communication and formal records</w:t>
      </w:r>
    </w:p>
    <w:p w14:paraId="1A453296" w14:textId="77777777" w:rsidR="000C3BFD" w:rsidRDefault="00FA377C">
      <w:r>
        <w:rPr>
          <w:i/>
          <w:color w:val="68616F"/>
          <w:sz w:val="19"/>
        </w:rPr>
        <w:t>Give an example demonstrating accurate, concise writing—such as minutes, reports, correspondence, case records or formal decisions. Explain how you identified and recorded the material points.</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5BD8F893" w14:textId="77777777">
        <w:trPr>
          <w:cantSplit/>
          <w:jc w:val="center"/>
        </w:trPr>
        <w:tc>
          <w:tcPr>
            <w:tcW w:w="10035" w:type="dxa"/>
            <w:shd w:val="clear" w:color="auto" w:fill="F8F6FA"/>
            <w:tcMar>
              <w:top w:w="150" w:type="dxa"/>
              <w:left w:w="160" w:type="dxa"/>
              <w:bottom w:w="150" w:type="dxa"/>
              <w:right w:w="160" w:type="dxa"/>
            </w:tcMar>
          </w:tcPr>
          <w:p w14:paraId="6BB27377" w14:textId="77777777" w:rsidR="000C3BFD" w:rsidRDefault="00FA377C">
            <w:pPr>
              <w:spacing w:after="0"/>
            </w:pPr>
            <w:r>
              <w:rPr>
                <w:i/>
                <w:color w:val="68616F"/>
                <w:sz w:val="18"/>
              </w:rPr>
              <w:lastRenderedPageBreak/>
              <w:t>Click or tap here to enter text.</w:t>
            </w:r>
          </w:p>
          <w:p w14:paraId="3804874E" w14:textId="77777777" w:rsidR="000C3BFD" w:rsidRDefault="00FA377C">
            <w:pPr>
              <w:spacing w:after="0"/>
            </w:pPr>
            <w:r>
              <w:t xml:space="preserve"> </w:t>
            </w:r>
          </w:p>
          <w:p w14:paraId="20C7848B" w14:textId="77777777" w:rsidR="000C3BFD" w:rsidRDefault="00FA377C">
            <w:pPr>
              <w:spacing w:after="0"/>
            </w:pPr>
            <w:r>
              <w:t xml:space="preserve"> </w:t>
            </w:r>
          </w:p>
          <w:p w14:paraId="21348DBB" w14:textId="77777777" w:rsidR="000C3BFD" w:rsidRDefault="00FA377C">
            <w:pPr>
              <w:spacing w:after="0"/>
            </w:pPr>
            <w:r>
              <w:t xml:space="preserve"> </w:t>
            </w:r>
          </w:p>
          <w:p w14:paraId="782E127A" w14:textId="77777777" w:rsidR="000C3BFD" w:rsidRDefault="00FA377C">
            <w:pPr>
              <w:spacing w:after="0"/>
            </w:pPr>
            <w:r>
              <w:t xml:space="preserve"> </w:t>
            </w:r>
          </w:p>
          <w:p w14:paraId="1A87C078" w14:textId="77777777" w:rsidR="000C3BFD" w:rsidRDefault="00FA377C">
            <w:pPr>
              <w:spacing w:after="0"/>
            </w:pPr>
            <w:r>
              <w:t xml:space="preserve"> </w:t>
            </w:r>
          </w:p>
          <w:p w14:paraId="64EF6FAB" w14:textId="77777777" w:rsidR="000C3BFD" w:rsidRDefault="00FA377C">
            <w:pPr>
              <w:spacing w:after="0"/>
            </w:pPr>
            <w:r>
              <w:t xml:space="preserve"> </w:t>
            </w:r>
          </w:p>
          <w:p w14:paraId="509BD62D" w14:textId="77777777" w:rsidR="000C3BFD" w:rsidRDefault="00FA377C">
            <w:pPr>
              <w:spacing w:after="0"/>
            </w:pPr>
            <w:r>
              <w:t xml:space="preserve"> </w:t>
            </w:r>
          </w:p>
          <w:p w14:paraId="05745B23" w14:textId="77777777" w:rsidR="000C3BFD" w:rsidRDefault="00FA377C">
            <w:pPr>
              <w:spacing w:after="0"/>
            </w:pPr>
            <w:r>
              <w:t xml:space="preserve"> </w:t>
            </w:r>
          </w:p>
        </w:tc>
      </w:tr>
    </w:tbl>
    <w:p w14:paraId="48583F58" w14:textId="77777777" w:rsidR="000C3BFD" w:rsidRDefault="00FA377C">
      <w:pPr>
        <w:pStyle w:val="Heading2"/>
      </w:pPr>
      <w:r>
        <w:t>3. Organisation and delivery</w:t>
      </w:r>
    </w:p>
    <w:p w14:paraId="7C82DD12" w14:textId="77777777" w:rsidR="000C3BFD" w:rsidRDefault="00FA377C">
      <w:r>
        <w:rPr>
          <w:i/>
          <w:color w:val="68616F"/>
          <w:sz w:val="19"/>
        </w:rPr>
        <w:t>Explain how you have managed competing deadlines, meetings, actions or client commitments while maintaining attention to detail and keeping others informed.</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69A0AF88" w14:textId="77777777">
        <w:trPr>
          <w:cantSplit/>
          <w:jc w:val="center"/>
        </w:trPr>
        <w:tc>
          <w:tcPr>
            <w:tcW w:w="10035" w:type="dxa"/>
            <w:shd w:val="clear" w:color="auto" w:fill="F8F6FA"/>
            <w:tcMar>
              <w:top w:w="150" w:type="dxa"/>
              <w:left w:w="160" w:type="dxa"/>
              <w:bottom w:w="150" w:type="dxa"/>
              <w:right w:w="160" w:type="dxa"/>
            </w:tcMar>
          </w:tcPr>
          <w:p w14:paraId="4367EE08" w14:textId="77777777" w:rsidR="000C3BFD" w:rsidRDefault="00FA377C">
            <w:pPr>
              <w:spacing w:after="0"/>
            </w:pPr>
            <w:r>
              <w:rPr>
                <w:i/>
                <w:color w:val="68616F"/>
                <w:sz w:val="18"/>
              </w:rPr>
              <w:t>Click or tap here to enter text.</w:t>
            </w:r>
          </w:p>
          <w:p w14:paraId="0523715E" w14:textId="77777777" w:rsidR="000C3BFD" w:rsidRDefault="00FA377C">
            <w:pPr>
              <w:spacing w:after="0"/>
            </w:pPr>
            <w:r>
              <w:t xml:space="preserve"> </w:t>
            </w:r>
          </w:p>
          <w:p w14:paraId="3BC0C910" w14:textId="77777777" w:rsidR="000C3BFD" w:rsidRDefault="00FA377C">
            <w:pPr>
              <w:spacing w:after="0"/>
            </w:pPr>
            <w:r>
              <w:t xml:space="preserve"> </w:t>
            </w:r>
          </w:p>
          <w:p w14:paraId="6DEE4134" w14:textId="77777777" w:rsidR="000C3BFD" w:rsidRDefault="00FA377C">
            <w:pPr>
              <w:spacing w:after="0"/>
            </w:pPr>
            <w:r>
              <w:t xml:space="preserve"> </w:t>
            </w:r>
          </w:p>
          <w:p w14:paraId="68485249" w14:textId="77777777" w:rsidR="000C3BFD" w:rsidRDefault="00FA377C">
            <w:pPr>
              <w:spacing w:after="0"/>
            </w:pPr>
            <w:r>
              <w:t xml:space="preserve"> </w:t>
            </w:r>
          </w:p>
          <w:p w14:paraId="3989B806" w14:textId="77777777" w:rsidR="000C3BFD" w:rsidRDefault="00FA377C">
            <w:pPr>
              <w:spacing w:after="0"/>
            </w:pPr>
            <w:r>
              <w:t xml:space="preserve"> </w:t>
            </w:r>
          </w:p>
          <w:p w14:paraId="7365A188" w14:textId="77777777" w:rsidR="000C3BFD" w:rsidRDefault="00FA377C">
            <w:pPr>
              <w:spacing w:after="0"/>
            </w:pPr>
            <w:r>
              <w:t xml:space="preserve"> </w:t>
            </w:r>
          </w:p>
          <w:p w14:paraId="1CF2D911" w14:textId="77777777" w:rsidR="000C3BFD" w:rsidRDefault="00FA377C">
            <w:pPr>
              <w:spacing w:after="0"/>
            </w:pPr>
            <w:r>
              <w:t xml:space="preserve"> </w:t>
            </w:r>
          </w:p>
          <w:p w14:paraId="2B7E21FE" w14:textId="77777777" w:rsidR="000C3BFD" w:rsidRDefault="00FA377C">
            <w:pPr>
              <w:spacing w:after="0"/>
            </w:pPr>
            <w:r>
              <w:t xml:space="preserve"> </w:t>
            </w:r>
          </w:p>
          <w:p w14:paraId="20EAC552" w14:textId="77777777" w:rsidR="000C3BFD" w:rsidRDefault="00FA377C">
            <w:pPr>
              <w:spacing w:after="0"/>
            </w:pPr>
            <w:r>
              <w:t xml:space="preserve"> </w:t>
            </w:r>
          </w:p>
        </w:tc>
      </w:tr>
    </w:tbl>
    <w:p w14:paraId="08C81BB9" w14:textId="77777777" w:rsidR="000C3BFD" w:rsidRDefault="00FA377C">
      <w:pPr>
        <w:pStyle w:val="Heading2"/>
      </w:pPr>
      <w:r>
        <w:t>4. Judgement, impartial advice and constructive challenge</w:t>
      </w:r>
    </w:p>
    <w:p w14:paraId="7FDC3CF4" w14:textId="77777777" w:rsidR="000C3BFD" w:rsidRDefault="00FA377C">
      <w:r>
        <w:rPr>
          <w:i/>
          <w:color w:val="68616F"/>
          <w:sz w:val="19"/>
        </w:rPr>
        <w:t>Give an example of identifying a material issue, advising appropriately, challenging constructively or escalating a concern. Include how you handled senior or experienced stakeholders.</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722AE739" w14:textId="77777777" w:rsidTr="00B17CAE">
        <w:trPr>
          <w:cantSplit/>
          <w:trHeight w:val="1371"/>
          <w:jc w:val="center"/>
        </w:trPr>
        <w:tc>
          <w:tcPr>
            <w:tcW w:w="15008" w:type="dxa"/>
            <w:shd w:val="clear" w:color="auto" w:fill="F8F6FA"/>
            <w:tcMar>
              <w:top w:w="150" w:type="dxa"/>
              <w:left w:w="160" w:type="dxa"/>
              <w:bottom w:w="150" w:type="dxa"/>
              <w:right w:w="160" w:type="dxa"/>
            </w:tcMar>
          </w:tcPr>
          <w:p w14:paraId="3F1B580C" w14:textId="77777777" w:rsidR="000C3BFD" w:rsidRDefault="00FA377C">
            <w:pPr>
              <w:spacing w:after="0"/>
            </w:pPr>
            <w:r>
              <w:rPr>
                <w:i/>
                <w:color w:val="68616F"/>
                <w:sz w:val="18"/>
              </w:rPr>
              <w:lastRenderedPageBreak/>
              <w:t>Click or tap here to enter text.</w:t>
            </w:r>
          </w:p>
          <w:p w14:paraId="170DA47F" w14:textId="77777777" w:rsidR="000C3BFD" w:rsidRDefault="00FA377C">
            <w:pPr>
              <w:spacing w:after="0"/>
            </w:pPr>
            <w:r>
              <w:t xml:space="preserve"> </w:t>
            </w:r>
          </w:p>
          <w:p w14:paraId="016C5157" w14:textId="77777777" w:rsidR="000C3BFD" w:rsidRDefault="00FA377C">
            <w:pPr>
              <w:spacing w:after="0"/>
            </w:pPr>
            <w:r>
              <w:t xml:space="preserve"> </w:t>
            </w:r>
          </w:p>
          <w:p w14:paraId="337928BC" w14:textId="77777777" w:rsidR="000C3BFD" w:rsidRDefault="00FA377C">
            <w:pPr>
              <w:spacing w:after="0"/>
            </w:pPr>
            <w:r>
              <w:t xml:space="preserve"> </w:t>
            </w:r>
          </w:p>
          <w:p w14:paraId="4A1C7BA1" w14:textId="77777777" w:rsidR="000C3BFD" w:rsidRDefault="00FA377C">
            <w:pPr>
              <w:spacing w:after="0"/>
            </w:pPr>
            <w:r>
              <w:t xml:space="preserve"> </w:t>
            </w:r>
          </w:p>
          <w:p w14:paraId="41BFB1D5" w14:textId="77777777" w:rsidR="000C3BFD" w:rsidRDefault="00FA377C">
            <w:pPr>
              <w:spacing w:after="0"/>
            </w:pPr>
            <w:r>
              <w:t xml:space="preserve"> </w:t>
            </w:r>
          </w:p>
          <w:p w14:paraId="72160E8B" w14:textId="77777777" w:rsidR="000C3BFD" w:rsidRDefault="00FA377C">
            <w:pPr>
              <w:spacing w:after="0"/>
            </w:pPr>
            <w:r>
              <w:t xml:space="preserve"> </w:t>
            </w:r>
          </w:p>
          <w:p w14:paraId="5338E65A" w14:textId="77777777" w:rsidR="000C3BFD" w:rsidRDefault="00FA377C">
            <w:pPr>
              <w:spacing w:after="0"/>
            </w:pPr>
            <w:r>
              <w:t xml:space="preserve"> </w:t>
            </w:r>
          </w:p>
          <w:p w14:paraId="48E9EE46" w14:textId="77777777" w:rsidR="000C3BFD" w:rsidRDefault="00FA377C">
            <w:pPr>
              <w:spacing w:after="0"/>
            </w:pPr>
            <w:r>
              <w:t xml:space="preserve"> </w:t>
            </w:r>
          </w:p>
          <w:p w14:paraId="5166DCA1" w14:textId="77777777" w:rsidR="000C3BFD" w:rsidRDefault="00FA377C">
            <w:pPr>
              <w:spacing w:after="0"/>
            </w:pPr>
            <w:r>
              <w:t xml:space="preserve"> </w:t>
            </w:r>
          </w:p>
        </w:tc>
      </w:tr>
    </w:tbl>
    <w:p w14:paraId="189FF15C" w14:textId="77777777" w:rsidR="000C3BFD" w:rsidRDefault="00FA377C">
      <w:pPr>
        <w:pStyle w:val="Heading2"/>
      </w:pPr>
      <w:r>
        <w:t>5. Relationships, service and teamwork</w:t>
      </w:r>
    </w:p>
    <w:p w14:paraId="4AFB0DF2" w14:textId="77777777" w:rsidR="000C3BFD" w:rsidRDefault="00FA377C">
      <w:r>
        <w:rPr>
          <w:i/>
          <w:color w:val="68616F"/>
          <w:sz w:val="19"/>
        </w:rPr>
        <w:t>Describe how you build trusted professional relationships, work collaboratively, respond calmly when priorities change and contribute to a consistent, high-quality service.</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77647280" w14:textId="77777777">
        <w:trPr>
          <w:cantSplit/>
          <w:jc w:val="center"/>
        </w:trPr>
        <w:tc>
          <w:tcPr>
            <w:tcW w:w="10035" w:type="dxa"/>
            <w:shd w:val="clear" w:color="auto" w:fill="F8F6FA"/>
            <w:tcMar>
              <w:top w:w="150" w:type="dxa"/>
              <w:left w:w="160" w:type="dxa"/>
              <w:bottom w:w="150" w:type="dxa"/>
              <w:right w:w="160" w:type="dxa"/>
            </w:tcMar>
          </w:tcPr>
          <w:p w14:paraId="1C52C73F" w14:textId="77777777" w:rsidR="000C3BFD" w:rsidRDefault="00FA377C">
            <w:pPr>
              <w:spacing w:after="0"/>
            </w:pPr>
            <w:r>
              <w:rPr>
                <w:i/>
                <w:color w:val="68616F"/>
                <w:sz w:val="18"/>
              </w:rPr>
              <w:t>Click or tap here to enter text.</w:t>
            </w:r>
          </w:p>
          <w:p w14:paraId="2EB2768F" w14:textId="77777777" w:rsidR="000C3BFD" w:rsidRDefault="00FA377C">
            <w:pPr>
              <w:spacing w:after="0"/>
            </w:pPr>
            <w:r>
              <w:t xml:space="preserve"> </w:t>
            </w:r>
          </w:p>
          <w:p w14:paraId="0F7B080C" w14:textId="77777777" w:rsidR="000C3BFD" w:rsidRDefault="00FA377C">
            <w:pPr>
              <w:spacing w:after="0"/>
            </w:pPr>
            <w:r>
              <w:t xml:space="preserve"> </w:t>
            </w:r>
          </w:p>
          <w:p w14:paraId="7DF05B65" w14:textId="77777777" w:rsidR="000C3BFD" w:rsidRDefault="00FA377C">
            <w:pPr>
              <w:spacing w:after="0"/>
            </w:pPr>
            <w:r>
              <w:t xml:space="preserve"> </w:t>
            </w:r>
          </w:p>
          <w:p w14:paraId="08EF23E3" w14:textId="77777777" w:rsidR="000C3BFD" w:rsidRDefault="00FA377C">
            <w:pPr>
              <w:spacing w:after="0"/>
            </w:pPr>
            <w:r>
              <w:t xml:space="preserve"> </w:t>
            </w:r>
          </w:p>
          <w:p w14:paraId="5940680C" w14:textId="77777777" w:rsidR="000C3BFD" w:rsidRDefault="00FA377C">
            <w:pPr>
              <w:spacing w:after="0"/>
            </w:pPr>
            <w:r>
              <w:t xml:space="preserve"> </w:t>
            </w:r>
          </w:p>
          <w:p w14:paraId="16E47120" w14:textId="77777777" w:rsidR="000C3BFD" w:rsidRDefault="00FA377C">
            <w:pPr>
              <w:spacing w:after="0"/>
            </w:pPr>
            <w:r>
              <w:t xml:space="preserve"> </w:t>
            </w:r>
          </w:p>
          <w:p w14:paraId="54D48728" w14:textId="77777777" w:rsidR="000C3BFD" w:rsidRDefault="00FA377C">
            <w:pPr>
              <w:spacing w:after="0"/>
            </w:pPr>
            <w:r>
              <w:t xml:space="preserve"> </w:t>
            </w:r>
          </w:p>
          <w:p w14:paraId="7851DBA6" w14:textId="77777777" w:rsidR="000C3BFD" w:rsidRDefault="00FA377C">
            <w:pPr>
              <w:spacing w:after="0"/>
            </w:pPr>
            <w:r>
              <w:t xml:space="preserve"> </w:t>
            </w:r>
          </w:p>
        </w:tc>
      </w:tr>
    </w:tbl>
    <w:p w14:paraId="63899ACC" w14:textId="77777777" w:rsidR="000C3BFD" w:rsidRDefault="000C3BFD">
      <w:pPr>
        <w:spacing w:after="20"/>
      </w:pPr>
    </w:p>
    <w:p w14:paraId="31047F84" w14:textId="77777777" w:rsidR="000C3BFD" w:rsidRDefault="00FA377C">
      <w:pPr>
        <w:pStyle w:val="Heading2"/>
      </w:pPr>
      <w:r>
        <w:t>6. Digital capability and continuous improvement</w:t>
      </w:r>
    </w:p>
    <w:p w14:paraId="149CCB04" w14:textId="77777777" w:rsidR="000C3BFD" w:rsidRDefault="00FA377C">
      <w:r>
        <w:rPr>
          <w:i/>
          <w:color w:val="68616F"/>
          <w:sz w:val="19"/>
        </w:rPr>
        <w:t>Describe your use of Microsoft 365 or comparable tools, online meetings, shared workspaces, board portals, compliance/case-management systems or other SaaS. Include an example of using technology to improve a process or reduce administration.</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6F8A15A7" w14:textId="77777777">
        <w:trPr>
          <w:cantSplit/>
          <w:jc w:val="center"/>
        </w:trPr>
        <w:tc>
          <w:tcPr>
            <w:tcW w:w="10035" w:type="dxa"/>
            <w:shd w:val="clear" w:color="auto" w:fill="F8F6FA"/>
            <w:tcMar>
              <w:top w:w="150" w:type="dxa"/>
              <w:left w:w="160" w:type="dxa"/>
              <w:bottom w:w="150" w:type="dxa"/>
              <w:right w:w="160" w:type="dxa"/>
            </w:tcMar>
          </w:tcPr>
          <w:p w14:paraId="5E2506AF" w14:textId="77777777" w:rsidR="000C3BFD" w:rsidRDefault="00FA377C">
            <w:pPr>
              <w:spacing w:after="0"/>
            </w:pPr>
            <w:r>
              <w:rPr>
                <w:i/>
                <w:color w:val="68616F"/>
                <w:sz w:val="18"/>
              </w:rPr>
              <w:lastRenderedPageBreak/>
              <w:t>Click or tap here to enter text.</w:t>
            </w:r>
          </w:p>
          <w:p w14:paraId="4D7E442F" w14:textId="77777777" w:rsidR="000C3BFD" w:rsidRDefault="00FA377C">
            <w:pPr>
              <w:spacing w:after="0"/>
            </w:pPr>
            <w:r>
              <w:t xml:space="preserve"> </w:t>
            </w:r>
          </w:p>
          <w:p w14:paraId="000AAC66" w14:textId="77777777" w:rsidR="000C3BFD" w:rsidRDefault="00FA377C">
            <w:pPr>
              <w:spacing w:after="0"/>
            </w:pPr>
            <w:r>
              <w:t xml:space="preserve"> </w:t>
            </w:r>
          </w:p>
          <w:p w14:paraId="3484790E" w14:textId="77777777" w:rsidR="000C3BFD" w:rsidRDefault="00FA377C">
            <w:pPr>
              <w:spacing w:after="0"/>
            </w:pPr>
            <w:r>
              <w:t xml:space="preserve"> </w:t>
            </w:r>
          </w:p>
          <w:p w14:paraId="5924EA2C" w14:textId="77777777" w:rsidR="000C3BFD" w:rsidRDefault="00FA377C">
            <w:pPr>
              <w:spacing w:after="0"/>
            </w:pPr>
            <w:r>
              <w:t xml:space="preserve"> </w:t>
            </w:r>
          </w:p>
          <w:p w14:paraId="78388A86" w14:textId="77777777" w:rsidR="000C3BFD" w:rsidRDefault="00FA377C">
            <w:pPr>
              <w:spacing w:after="0"/>
            </w:pPr>
            <w:r>
              <w:t xml:space="preserve"> </w:t>
            </w:r>
          </w:p>
          <w:p w14:paraId="2C273024" w14:textId="77777777" w:rsidR="000C3BFD" w:rsidRDefault="00FA377C">
            <w:pPr>
              <w:spacing w:after="0"/>
            </w:pPr>
            <w:r>
              <w:t xml:space="preserve"> </w:t>
            </w:r>
          </w:p>
          <w:p w14:paraId="766E997C" w14:textId="77777777" w:rsidR="000C3BFD" w:rsidRDefault="00FA377C">
            <w:pPr>
              <w:spacing w:after="0"/>
            </w:pPr>
            <w:r>
              <w:t xml:space="preserve"> </w:t>
            </w:r>
          </w:p>
          <w:p w14:paraId="0C032409" w14:textId="77777777" w:rsidR="000C3BFD" w:rsidRDefault="00FA377C">
            <w:pPr>
              <w:spacing w:after="0"/>
            </w:pPr>
            <w:r>
              <w:t xml:space="preserve"> </w:t>
            </w:r>
          </w:p>
        </w:tc>
      </w:tr>
    </w:tbl>
    <w:p w14:paraId="1F6DA433" w14:textId="77777777" w:rsidR="000C3BFD" w:rsidRDefault="000C3BFD">
      <w:pPr>
        <w:spacing w:after="20"/>
      </w:pPr>
    </w:p>
    <w:p w14:paraId="4C410E2C" w14:textId="77777777" w:rsidR="000C3BFD" w:rsidRDefault="00FA377C">
      <w:pPr>
        <w:pStyle w:val="Heading2"/>
      </w:pPr>
      <w:r>
        <w:t>7. Panels, hearings and development</w:t>
      </w:r>
    </w:p>
    <w:p w14:paraId="76C9790F" w14:textId="77777777" w:rsidR="000C3BFD" w:rsidRDefault="00FA377C">
      <w:r>
        <w:rPr>
          <w:i/>
          <w:color w:val="68616F"/>
          <w:sz w:val="19"/>
        </w:rPr>
        <w:t>Outline any experience of supporting formal panels or hearings, including complaints, suspensions, permanent exclusions or admissions. If you do not have this experience, describe relevant transferable skills and your approach to training and professional development.</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2E56221B" w14:textId="77777777">
        <w:trPr>
          <w:cantSplit/>
          <w:jc w:val="center"/>
        </w:trPr>
        <w:tc>
          <w:tcPr>
            <w:tcW w:w="10035" w:type="dxa"/>
            <w:shd w:val="clear" w:color="auto" w:fill="F8F6FA"/>
            <w:tcMar>
              <w:top w:w="150" w:type="dxa"/>
              <w:left w:w="160" w:type="dxa"/>
              <w:bottom w:w="150" w:type="dxa"/>
              <w:right w:w="160" w:type="dxa"/>
            </w:tcMar>
          </w:tcPr>
          <w:p w14:paraId="2A3634CE" w14:textId="77777777" w:rsidR="000C3BFD" w:rsidRDefault="00FA377C">
            <w:pPr>
              <w:spacing w:after="0"/>
            </w:pPr>
            <w:r>
              <w:rPr>
                <w:i/>
                <w:color w:val="68616F"/>
                <w:sz w:val="18"/>
              </w:rPr>
              <w:t>Click or tap here to enter text.</w:t>
            </w:r>
          </w:p>
          <w:p w14:paraId="7C947C27" w14:textId="77777777" w:rsidR="000C3BFD" w:rsidRDefault="00FA377C">
            <w:pPr>
              <w:spacing w:after="0"/>
            </w:pPr>
            <w:r>
              <w:t xml:space="preserve"> </w:t>
            </w:r>
          </w:p>
          <w:p w14:paraId="676BE2A5" w14:textId="77777777" w:rsidR="000C3BFD" w:rsidRDefault="00FA377C">
            <w:pPr>
              <w:spacing w:after="0"/>
            </w:pPr>
            <w:r>
              <w:t xml:space="preserve"> </w:t>
            </w:r>
          </w:p>
          <w:p w14:paraId="30E2C529" w14:textId="77777777" w:rsidR="000C3BFD" w:rsidRDefault="00FA377C">
            <w:pPr>
              <w:spacing w:after="0"/>
            </w:pPr>
            <w:r>
              <w:t xml:space="preserve"> </w:t>
            </w:r>
          </w:p>
          <w:p w14:paraId="06B27AFB" w14:textId="77777777" w:rsidR="000C3BFD" w:rsidRDefault="00FA377C">
            <w:pPr>
              <w:spacing w:after="0"/>
            </w:pPr>
            <w:r>
              <w:t xml:space="preserve"> </w:t>
            </w:r>
          </w:p>
          <w:p w14:paraId="0824B4CC" w14:textId="77777777" w:rsidR="000C3BFD" w:rsidRDefault="00FA377C">
            <w:pPr>
              <w:spacing w:after="0"/>
            </w:pPr>
            <w:r>
              <w:t xml:space="preserve"> </w:t>
            </w:r>
          </w:p>
          <w:p w14:paraId="03389FC6" w14:textId="77777777" w:rsidR="000C3BFD" w:rsidRDefault="00FA377C">
            <w:pPr>
              <w:spacing w:after="0"/>
            </w:pPr>
            <w:r>
              <w:t xml:space="preserve"> </w:t>
            </w:r>
          </w:p>
        </w:tc>
      </w:tr>
    </w:tbl>
    <w:p w14:paraId="396741F9" w14:textId="77777777" w:rsidR="000C3BFD" w:rsidRDefault="000C3BFD">
      <w:pPr>
        <w:spacing w:after="20"/>
      </w:pPr>
    </w:p>
    <w:p w14:paraId="495AC7F8" w14:textId="77777777" w:rsidR="000C3BFD" w:rsidRDefault="00FA377C">
      <w:r>
        <w:br w:type="page"/>
      </w:r>
    </w:p>
    <w:p w14:paraId="3AB65F1E" w14:textId="77777777" w:rsidR="000C3BFD" w:rsidRDefault="00FA377C">
      <w:pPr>
        <w:pStyle w:val="Heading1"/>
      </w:pPr>
      <w:r>
        <w:lastRenderedPageBreak/>
        <w:t>References</w:t>
      </w:r>
    </w:p>
    <w:p w14:paraId="016BDC91" w14:textId="77777777" w:rsidR="000C3BFD" w:rsidRDefault="00FA377C">
      <w:r>
        <w:t>Please provide two referees. One should normally be your current or most recent employer. Referees should not be relatives or personal friends. Berry Education will seek references in line with its recruitment process and will ask permission before contacting a referee prior to interview unless safer-recruitment requirements dictate otherwise.</w:t>
      </w:r>
    </w:p>
    <w:p w14:paraId="21F951E9" w14:textId="77777777" w:rsidR="000C3BFD" w:rsidRDefault="00FA377C">
      <w:pPr>
        <w:pStyle w:val="Heading2"/>
      </w:pPr>
      <w:r>
        <w:t>Referee 1</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240"/>
        <w:gridCol w:w="10768"/>
      </w:tblGrid>
      <w:tr w:rsidR="000C3BFD" w14:paraId="078E3C52" w14:textId="77777777">
        <w:trPr>
          <w:cantSplit/>
          <w:jc w:val="center"/>
        </w:trPr>
        <w:tc>
          <w:tcPr>
            <w:tcW w:w="2835" w:type="dxa"/>
            <w:shd w:val="clear" w:color="auto" w:fill="EFE8F7"/>
            <w:tcMar>
              <w:top w:w="110" w:type="dxa"/>
              <w:left w:w="130" w:type="dxa"/>
              <w:bottom w:w="110" w:type="dxa"/>
              <w:right w:w="130" w:type="dxa"/>
            </w:tcMar>
            <w:vAlign w:val="center"/>
          </w:tcPr>
          <w:p w14:paraId="74C82A10" w14:textId="77777777" w:rsidR="000C3BFD" w:rsidRDefault="00FA377C">
            <w:pPr>
              <w:spacing w:after="0"/>
            </w:pPr>
            <w:r>
              <w:rPr>
                <w:b/>
                <w:color w:val="3F2268"/>
                <w:sz w:val="18"/>
              </w:rPr>
              <w:t>Name</w:t>
            </w:r>
          </w:p>
        </w:tc>
        <w:tc>
          <w:tcPr>
            <w:tcW w:w="7200" w:type="dxa"/>
            <w:shd w:val="clear" w:color="auto" w:fill="FFFFFF"/>
            <w:tcMar>
              <w:top w:w="120" w:type="dxa"/>
              <w:left w:w="130" w:type="dxa"/>
              <w:bottom w:w="120" w:type="dxa"/>
              <w:right w:w="130" w:type="dxa"/>
            </w:tcMar>
          </w:tcPr>
          <w:p w14:paraId="3E02AC06" w14:textId="77777777" w:rsidR="000C3BFD" w:rsidRDefault="00FA377C">
            <w:pPr>
              <w:spacing w:after="0"/>
            </w:pPr>
            <w:r>
              <w:rPr>
                <w:i/>
                <w:color w:val="68616F"/>
                <w:sz w:val="18"/>
              </w:rPr>
              <w:t>Click or tap here to enter text.</w:t>
            </w:r>
          </w:p>
        </w:tc>
      </w:tr>
      <w:tr w:rsidR="000C3BFD" w14:paraId="5C289095" w14:textId="77777777">
        <w:trPr>
          <w:cantSplit/>
          <w:jc w:val="center"/>
        </w:trPr>
        <w:tc>
          <w:tcPr>
            <w:tcW w:w="2835" w:type="dxa"/>
            <w:shd w:val="clear" w:color="auto" w:fill="EFE8F7"/>
            <w:tcMar>
              <w:top w:w="110" w:type="dxa"/>
              <w:left w:w="130" w:type="dxa"/>
              <w:bottom w:w="110" w:type="dxa"/>
              <w:right w:w="130" w:type="dxa"/>
            </w:tcMar>
            <w:vAlign w:val="center"/>
          </w:tcPr>
          <w:p w14:paraId="76ACDCF8" w14:textId="77777777" w:rsidR="000C3BFD" w:rsidRDefault="00FA377C">
            <w:pPr>
              <w:spacing w:after="0"/>
            </w:pPr>
            <w:r>
              <w:rPr>
                <w:b/>
                <w:color w:val="3F2268"/>
                <w:sz w:val="18"/>
              </w:rPr>
              <w:t>Job title</w:t>
            </w:r>
          </w:p>
        </w:tc>
        <w:tc>
          <w:tcPr>
            <w:tcW w:w="7200" w:type="dxa"/>
            <w:shd w:val="clear" w:color="auto" w:fill="FFFFFF"/>
            <w:tcMar>
              <w:top w:w="120" w:type="dxa"/>
              <w:left w:w="130" w:type="dxa"/>
              <w:bottom w:w="120" w:type="dxa"/>
              <w:right w:w="130" w:type="dxa"/>
            </w:tcMar>
          </w:tcPr>
          <w:p w14:paraId="60A6055C" w14:textId="77777777" w:rsidR="000C3BFD" w:rsidRDefault="00FA377C">
            <w:pPr>
              <w:spacing w:after="0"/>
            </w:pPr>
            <w:r>
              <w:rPr>
                <w:i/>
                <w:color w:val="68616F"/>
                <w:sz w:val="18"/>
              </w:rPr>
              <w:t>Click or tap here to enter text.</w:t>
            </w:r>
          </w:p>
        </w:tc>
      </w:tr>
      <w:tr w:rsidR="000C3BFD" w14:paraId="13B3458F" w14:textId="77777777">
        <w:trPr>
          <w:cantSplit/>
          <w:jc w:val="center"/>
        </w:trPr>
        <w:tc>
          <w:tcPr>
            <w:tcW w:w="2835" w:type="dxa"/>
            <w:shd w:val="clear" w:color="auto" w:fill="EFE8F7"/>
            <w:tcMar>
              <w:top w:w="110" w:type="dxa"/>
              <w:left w:w="130" w:type="dxa"/>
              <w:bottom w:w="110" w:type="dxa"/>
              <w:right w:w="130" w:type="dxa"/>
            </w:tcMar>
            <w:vAlign w:val="center"/>
          </w:tcPr>
          <w:p w14:paraId="1B3F8F21" w14:textId="77777777" w:rsidR="000C3BFD" w:rsidRDefault="00FA377C">
            <w:pPr>
              <w:spacing w:after="0"/>
            </w:pPr>
            <w:r>
              <w:rPr>
                <w:b/>
                <w:color w:val="3F2268"/>
                <w:sz w:val="18"/>
              </w:rPr>
              <w:t>Organisation</w:t>
            </w:r>
          </w:p>
        </w:tc>
        <w:tc>
          <w:tcPr>
            <w:tcW w:w="7200" w:type="dxa"/>
            <w:shd w:val="clear" w:color="auto" w:fill="FFFFFF"/>
            <w:tcMar>
              <w:top w:w="120" w:type="dxa"/>
              <w:left w:w="130" w:type="dxa"/>
              <w:bottom w:w="120" w:type="dxa"/>
              <w:right w:w="130" w:type="dxa"/>
            </w:tcMar>
          </w:tcPr>
          <w:p w14:paraId="7062A726" w14:textId="77777777" w:rsidR="000C3BFD" w:rsidRDefault="00FA377C">
            <w:pPr>
              <w:spacing w:after="0"/>
            </w:pPr>
            <w:r>
              <w:rPr>
                <w:i/>
                <w:color w:val="68616F"/>
                <w:sz w:val="18"/>
              </w:rPr>
              <w:t>Click or tap here to enter text.</w:t>
            </w:r>
          </w:p>
        </w:tc>
      </w:tr>
      <w:tr w:rsidR="000C3BFD" w14:paraId="6E3C60F4" w14:textId="77777777">
        <w:trPr>
          <w:cantSplit/>
          <w:jc w:val="center"/>
        </w:trPr>
        <w:tc>
          <w:tcPr>
            <w:tcW w:w="2835" w:type="dxa"/>
            <w:shd w:val="clear" w:color="auto" w:fill="EFE8F7"/>
            <w:tcMar>
              <w:top w:w="110" w:type="dxa"/>
              <w:left w:w="130" w:type="dxa"/>
              <w:bottom w:w="110" w:type="dxa"/>
              <w:right w:w="130" w:type="dxa"/>
            </w:tcMar>
            <w:vAlign w:val="center"/>
          </w:tcPr>
          <w:p w14:paraId="5F803007" w14:textId="77777777" w:rsidR="000C3BFD" w:rsidRDefault="00FA377C">
            <w:pPr>
              <w:spacing w:after="0"/>
            </w:pPr>
            <w:r>
              <w:rPr>
                <w:b/>
                <w:color w:val="3F2268"/>
                <w:sz w:val="18"/>
              </w:rPr>
              <w:t>Relationship to you</w:t>
            </w:r>
          </w:p>
        </w:tc>
        <w:tc>
          <w:tcPr>
            <w:tcW w:w="7200" w:type="dxa"/>
            <w:shd w:val="clear" w:color="auto" w:fill="FFFFFF"/>
            <w:tcMar>
              <w:top w:w="120" w:type="dxa"/>
              <w:left w:w="130" w:type="dxa"/>
              <w:bottom w:w="120" w:type="dxa"/>
              <w:right w:w="130" w:type="dxa"/>
            </w:tcMar>
          </w:tcPr>
          <w:p w14:paraId="53BF5568" w14:textId="77777777" w:rsidR="000C3BFD" w:rsidRDefault="00FA377C">
            <w:pPr>
              <w:spacing w:after="0"/>
            </w:pPr>
            <w:r>
              <w:rPr>
                <w:i/>
                <w:color w:val="68616F"/>
                <w:sz w:val="18"/>
              </w:rPr>
              <w:t>Click or tap here to enter text.</w:t>
            </w:r>
          </w:p>
        </w:tc>
      </w:tr>
      <w:tr w:rsidR="000C3BFD" w14:paraId="526052E8" w14:textId="77777777">
        <w:trPr>
          <w:cantSplit/>
          <w:jc w:val="center"/>
        </w:trPr>
        <w:tc>
          <w:tcPr>
            <w:tcW w:w="2835" w:type="dxa"/>
            <w:shd w:val="clear" w:color="auto" w:fill="EFE8F7"/>
            <w:tcMar>
              <w:top w:w="110" w:type="dxa"/>
              <w:left w:w="130" w:type="dxa"/>
              <w:bottom w:w="110" w:type="dxa"/>
              <w:right w:w="130" w:type="dxa"/>
            </w:tcMar>
            <w:vAlign w:val="center"/>
          </w:tcPr>
          <w:p w14:paraId="1D60593E" w14:textId="77777777" w:rsidR="000C3BFD" w:rsidRDefault="00FA377C">
            <w:pPr>
              <w:spacing w:after="0"/>
            </w:pPr>
            <w:r>
              <w:rPr>
                <w:b/>
                <w:color w:val="3F2268"/>
                <w:sz w:val="18"/>
              </w:rPr>
              <w:t>Email</w:t>
            </w:r>
          </w:p>
        </w:tc>
        <w:tc>
          <w:tcPr>
            <w:tcW w:w="7200" w:type="dxa"/>
            <w:shd w:val="clear" w:color="auto" w:fill="FFFFFF"/>
            <w:tcMar>
              <w:top w:w="120" w:type="dxa"/>
              <w:left w:w="130" w:type="dxa"/>
              <w:bottom w:w="120" w:type="dxa"/>
              <w:right w:w="130" w:type="dxa"/>
            </w:tcMar>
          </w:tcPr>
          <w:p w14:paraId="144C68E2" w14:textId="77777777" w:rsidR="000C3BFD" w:rsidRDefault="00FA377C">
            <w:pPr>
              <w:spacing w:after="0"/>
            </w:pPr>
            <w:r>
              <w:rPr>
                <w:i/>
                <w:color w:val="68616F"/>
                <w:sz w:val="18"/>
              </w:rPr>
              <w:t>Click or tap here to enter text.</w:t>
            </w:r>
          </w:p>
        </w:tc>
      </w:tr>
      <w:tr w:rsidR="000C3BFD" w14:paraId="577EB972" w14:textId="77777777">
        <w:trPr>
          <w:cantSplit/>
          <w:jc w:val="center"/>
        </w:trPr>
        <w:tc>
          <w:tcPr>
            <w:tcW w:w="2835" w:type="dxa"/>
            <w:shd w:val="clear" w:color="auto" w:fill="EFE8F7"/>
            <w:tcMar>
              <w:top w:w="110" w:type="dxa"/>
              <w:left w:w="130" w:type="dxa"/>
              <w:bottom w:w="110" w:type="dxa"/>
              <w:right w:w="130" w:type="dxa"/>
            </w:tcMar>
            <w:vAlign w:val="center"/>
          </w:tcPr>
          <w:p w14:paraId="54597FF2" w14:textId="77777777" w:rsidR="000C3BFD" w:rsidRDefault="00FA377C">
            <w:pPr>
              <w:spacing w:after="0"/>
            </w:pPr>
            <w:r>
              <w:rPr>
                <w:b/>
                <w:color w:val="3F2268"/>
                <w:sz w:val="18"/>
              </w:rPr>
              <w:t>Telephone</w:t>
            </w:r>
          </w:p>
        </w:tc>
        <w:tc>
          <w:tcPr>
            <w:tcW w:w="7200" w:type="dxa"/>
            <w:shd w:val="clear" w:color="auto" w:fill="FFFFFF"/>
            <w:tcMar>
              <w:top w:w="120" w:type="dxa"/>
              <w:left w:w="130" w:type="dxa"/>
              <w:bottom w:w="120" w:type="dxa"/>
              <w:right w:w="130" w:type="dxa"/>
            </w:tcMar>
          </w:tcPr>
          <w:p w14:paraId="088E55D0" w14:textId="77777777" w:rsidR="000C3BFD" w:rsidRDefault="00FA377C">
            <w:pPr>
              <w:spacing w:after="0"/>
            </w:pPr>
            <w:r>
              <w:rPr>
                <w:i/>
                <w:color w:val="68616F"/>
                <w:sz w:val="18"/>
              </w:rPr>
              <w:t>Click or tap here to enter text.</w:t>
            </w:r>
          </w:p>
        </w:tc>
      </w:tr>
      <w:tr w:rsidR="000C3BFD" w14:paraId="2FB139F4" w14:textId="77777777">
        <w:trPr>
          <w:cantSplit/>
          <w:jc w:val="center"/>
        </w:trPr>
        <w:tc>
          <w:tcPr>
            <w:tcW w:w="2835" w:type="dxa"/>
            <w:shd w:val="clear" w:color="auto" w:fill="EFE8F7"/>
            <w:tcMar>
              <w:top w:w="110" w:type="dxa"/>
              <w:left w:w="130" w:type="dxa"/>
              <w:bottom w:w="110" w:type="dxa"/>
              <w:right w:w="130" w:type="dxa"/>
            </w:tcMar>
            <w:vAlign w:val="center"/>
          </w:tcPr>
          <w:p w14:paraId="339D1CB0" w14:textId="77777777" w:rsidR="000C3BFD" w:rsidRDefault="00FA377C">
            <w:pPr>
              <w:spacing w:after="0"/>
            </w:pPr>
            <w:r>
              <w:rPr>
                <w:b/>
                <w:color w:val="3F2268"/>
                <w:sz w:val="18"/>
              </w:rPr>
              <w:t>May we contact now?</w:t>
            </w:r>
          </w:p>
        </w:tc>
        <w:tc>
          <w:tcPr>
            <w:tcW w:w="7200" w:type="dxa"/>
            <w:shd w:val="clear" w:color="auto" w:fill="FFFFFF"/>
            <w:tcMar>
              <w:top w:w="120" w:type="dxa"/>
              <w:left w:w="130" w:type="dxa"/>
              <w:bottom w:w="120" w:type="dxa"/>
              <w:right w:w="130" w:type="dxa"/>
            </w:tcMar>
          </w:tcPr>
          <w:p w14:paraId="2D625059" w14:textId="77777777" w:rsidR="000C3BFD" w:rsidRDefault="00FA377C">
            <w:pPr>
              <w:spacing w:after="0"/>
            </w:pPr>
            <w:r>
              <w:rPr>
                <w:i/>
                <w:color w:val="68616F"/>
                <w:sz w:val="18"/>
              </w:rPr>
              <w:t>☐ Yes    ☐ No—please contact me first</w:t>
            </w:r>
          </w:p>
        </w:tc>
      </w:tr>
    </w:tbl>
    <w:p w14:paraId="3D091464" w14:textId="77777777" w:rsidR="000C3BFD" w:rsidRDefault="000C3BFD">
      <w:pPr>
        <w:spacing w:after="20"/>
      </w:pPr>
    </w:p>
    <w:p w14:paraId="2060167F" w14:textId="77777777" w:rsidR="000C3BFD" w:rsidRDefault="00FA377C">
      <w:pPr>
        <w:pStyle w:val="Heading2"/>
      </w:pPr>
      <w:r>
        <w:t>Referee 2</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240"/>
        <w:gridCol w:w="10768"/>
      </w:tblGrid>
      <w:tr w:rsidR="000C3BFD" w14:paraId="0054FC82" w14:textId="77777777">
        <w:trPr>
          <w:cantSplit/>
          <w:jc w:val="center"/>
        </w:trPr>
        <w:tc>
          <w:tcPr>
            <w:tcW w:w="2835" w:type="dxa"/>
            <w:shd w:val="clear" w:color="auto" w:fill="EFE8F7"/>
            <w:tcMar>
              <w:top w:w="110" w:type="dxa"/>
              <w:left w:w="130" w:type="dxa"/>
              <w:bottom w:w="110" w:type="dxa"/>
              <w:right w:w="130" w:type="dxa"/>
            </w:tcMar>
            <w:vAlign w:val="center"/>
          </w:tcPr>
          <w:p w14:paraId="214BDBA2" w14:textId="77777777" w:rsidR="000C3BFD" w:rsidRDefault="00FA377C">
            <w:pPr>
              <w:spacing w:after="0"/>
            </w:pPr>
            <w:r>
              <w:rPr>
                <w:b/>
                <w:color w:val="3F2268"/>
                <w:sz w:val="18"/>
              </w:rPr>
              <w:t>Name</w:t>
            </w:r>
          </w:p>
        </w:tc>
        <w:tc>
          <w:tcPr>
            <w:tcW w:w="7200" w:type="dxa"/>
            <w:shd w:val="clear" w:color="auto" w:fill="FFFFFF"/>
            <w:tcMar>
              <w:top w:w="120" w:type="dxa"/>
              <w:left w:w="130" w:type="dxa"/>
              <w:bottom w:w="120" w:type="dxa"/>
              <w:right w:w="130" w:type="dxa"/>
            </w:tcMar>
          </w:tcPr>
          <w:p w14:paraId="763592FD" w14:textId="77777777" w:rsidR="000C3BFD" w:rsidRDefault="00FA377C">
            <w:pPr>
              <w:spacing w:after="0"/>
            </w:pPr>
            <w:r>
              <w:rPr>
                <w:i/>
                <w:color w:val="68616F"/>
                <w:sz w:val="18"/>
              </w:rPr>
              <w:t>Click or tap here to enter text.</w:t>
            </w:r>
          </w:p>
        </w:tc>
      </w:tr>
      <w:tr w:rsidR="000C3BFD" w14:paraId="261D3728" w14:textId="77777777">
        <w:trPr>
          <w:cantSplit/>
          <w:jc w:val="center"/>
        </w:trPr>
        <w:tc>
          <w:tcPr>
            <w:tcW w:w="2835" w:type="dxa"/>
            <w:shd w:val="clear" w:color="auto" w:fill="EFE8F7"/>
            <w:tcMar>
              <w:top w:w="110" w:type="dxa"/>
              <w:left w:w="130" w:type="dxa"/>
              <w:bottom w:w="110" w:type="dxa"/>
              <w:right w:w="130" w:type="dxa"/>
            </w:tcMar>
            <w:vAlign w:val="center"/>
          </w:tcPr>
          <w:p w14:paraId="5767BFCC" w14:textId="77777777" w:rsidR="000C3BFD" w:rsidRDefault="00FA377C">
            <w:pPr>
              <w:spacing w:after="0"/>
            </w:pPr>
            <w:r>
              <w:rPr>
                <w:b/>
                <w:color w:val="3F2268"/>
                <w:sz w:val="18"/>
              </w:rPr>
              <w:t>Job title</w:t>
            </w:r>
          </w:p>
        </w:tc>
        <w:tc>
          <w:tcPr>
            <w:tcW w:w="7200" w:type="dxa"/>
            <w:shd w:val="clear" w:color="auto" w:fill="FFFFFF"/>
            <w:tcMar>
              <w:top w:w="120" w:type="dxa"/>
              <w:left w:w="130" w:type="dxa"/>
              <w:bottom w:w="120" w:type="dxa"/>
              <w:right w:w="130" w:type="dxa"/>
            </w:tcMar>
          </w:tcPr>
          <w:p w14:paraId="4235D445" w14:textId="77777777" w:rsidR="000C3BFD" w:rsidRDefault="00FA377C">
            <w:pPr>
              <w:spacing w:after="0"/>
            </w:pPr>
            <w:r>
              <w:rPr>
                <w:i/>
                <w:color w:val="68616F"/>
                <w:sz w:val="18"/>
              </w:rPr>
              <w:t>Click or tap here to enter text.</w:t>
            </w:r>
          </w:p>
        </w:tc>
      </w:tr>
      <w:tr w:rsidR="000C3BFD" w14:paraId="443DEA37" w14:textId="77777777">
        <w:trPr>
          <w:cantSplit/>
          <w:jc w:val="center"/>
        </w:trPr>
        <w:tc>
          <w:tcPr>
            <w:tcW w:w="2835" w:type="dxa"/>
            <w:shd w:val="clear" w:color="auto" w:fill="EFE8F7"/>
            <w:tcMar>
              <w:top w:w="110" w:type="dxa"/>
              <w:left w:w="130" w:type="dxa"/>
              <w:bottom w:w="110" w:type="dxa"/>
              <w:right w:w="130" w:type="dxa"/>
            </w:tcMar>
            <w:vAlign w:val="center"/>
          </w:tcPr>
          <w:p w14:paraId="49D9B613" w14:textId="77777777" w:rsidR="000C3BFD" w:rsidRDefault="00FA377C">
            <w:pPr>
              <w:spacing w:after="0"/>
            </w:pPr>
            <w:r>
              <w:rPr>
                <w:b/>
                <w:color w:val="3F2268"/>
                <w:sz w:val="18"/>
              </w:rPr>
              <w:t>Organisation</w:t>
            </w:r>
          </w:p>
        </w:tc>
        <w:tc>
          <w:tcPr>
            <w:tcW w:w="7200" w:type="dxa"/>
            <w:shd w:val="clear" w:color="auto" w:fill="FFFFFF"/>
            <w:tcMar>
              <w:top w:w="120" w:type="dxa"/>
              <w:left w:w="130" w:type="dxa"/>
              <w:bottom w:w="120" w:type="dxa"/>
              <w:right w:w="130" w:type="dxa"/>
            </w:tcMar>
          </w:tcPr>
          <w:p w14:paraId="402AC7C0" w14:textId="77777777" w:rsidR="000C3BFD" w:rsidRDefault="00FA377C">
            <w:pPr>
              <w:spacing w:after="0"/>
            </w:pPr>
            <w:r>
              <w:rPr>
                <w:i/>
                <w:color w:val="68616F"/>
                <w:sz w:val="18"/>
              </w:rPr>
              <w:t>Click or tap here to enter text.</w:t>
            </w:r>
          </w:p>
        </w:tc>
      </w:tr>
      <w:tr w:rsidR="000C3BFD" w14:paraId="68A03789" w14:textId="77777777">
        <w:trPr>
          <w:cantSplit/>
          <w:jc w:val="center"/>
        </w:trPr>
        <w:tc>
          <w:tcPr>
            <w:tcW w:w="2835" w:type="dxa"/>
            <w:shd w:val="clear" w:color="auto" w:fill="EFE8F7"/>
            <w:tcMar>
              <w:top w:w="110" w:type="dxa"/>
              <w:left w:w="130" w:type="dxa"/>
              <w:bottom w:w="110" w:type="dxa"/>
              <w:right w:w="130" w:type="dxa"/>
            </w:tcMar>
            <w:vAlign w:val="center"/>
          </w:tcPr>
          <w:p w14:paraId="164F152D" w14:textId="77777777" w:rsidR="000C3BFD" w:rsidRDefault="00FA377C">
            <w:pPr>
              <w:spacing w:after="0"/>
            </w:pPr>
            <w:r>
              <w:rPr>
                <w:b/>
                <w:color w:val="3F2268"/>
                <w:sz w:val="18"/>
              </w:rPr>
              <w:t>Relationship to you</w:t>
            </w:r>
          </w:p>
        </w:tc>
        <w:tc>
          <w:tcPr>
            <w:tcW w:w="7200" w:type="dxa"/>
            <w:shd w:val="clear" w:color="auto" w:fill="FFFFFF"/>
            <w:tcMar>
              <w:top w:w="120" w:type="dxa"/>
              <w:left w:w="130" w:type="dxa"/>
              <w:bottom w:w="120" w:type="dxa"/>
              <w:right w:w="130" w:type="dxa"/>
            </w:tcMar>
          </w:tcPr>
          <w:p w14:paraId="72EC26FA" w14:textId="77777777" w:rsidR="000C3BFD" w:rsidRDefault="00FA377C">
            <w:pPr>
              <w:spacing w:after="0"/>
            </w:pPr>
            <w:r>
              <w:rPr>
                <w:i/>
                <w:color w:val="68616F"/>
                <w:sz w:val="18"/>
              </w:rPr>
              <w:t>Click or tap here to enter text.</w:t>
            </w:r>
          </w:p>
        </w:tc>
      </w:tr>
      <w:tr w:rsidR="000C3BFD" w14:paraId="5FCB4A1C" w14:textId="77777777">
        <w:trPr>
          <w:cantSplit/>
          <w:jc w:val="center"/>
        </w:trPr>
        <w:tc>
          <w:tcPr>
            <w:tcW w:w="2835" w:type="dxa"/>
            <w:shd w:val="clear" w:color="auto" w:fill="EFE8F7"/>
            <w:tcMar>
              <w:top w:w="110" w:type="dxa"/>
              <w:left w:w="130" w:type="dxa"/>
              <w:bottom w:w="110" w:type="dxa"/>
              <w:right w:w="130" w:type="dxa"/>
            </w:tcMar>
            <w:vAlign w:val="center"/>
          </w:tcPr>
          <w:p w14:paraId="657F6034" w14:textId="77777777" w:rsidR="000C3BFD" w:rsidRDefault="00FA377C">
            <w:pPr>
              <w:spacing w:after="0"/>
            </w:pPr>
            <w:r>
              <w:rPr>
                <w:b/>
                <w:color w:val="3F2268"/>
                <w:sz w:val="18"/>
              </w:rPr>
              <w:t>Email</w:t>
            </w:r>
          </w:p>
        </w:tc>
        <w:tc>
          <w:tcPr>
            <w:tcW w:w="7200" w:type="dxa"/>
            <w:shd w:val="clear" w:color="auto" w:fill="FFFFFF"/>
            <w:tcMar>
              <w:top w:w="120" w:type="dxa"/>
              <w:left w:w="130" w:type="dxa"/>
              <w:bottom w:w="120" w:type="dxa"/>
              <w:right w:w="130" w:type="dxa"/>
            </w:tcMar>
          </w:tcPr>
          <w:p w14:paraId="629A9822" w14:textId="77777777" w:rsidR="000C3BFD" w:rsidRDefault="00FA377C">
            <w:pPr>
              <w:spacing w:after="0"/>
            </w:pPr>
            <w:r>
              <w:rPr>
                <w:i/>
                <w:color w:val="68616F"/>
                <w:sz w:val="18"/>
              </w:rPr>
              <w:t>Click or tap here to enter text.</w:t>
            </w:r>
          </w:p>
        </w:tc>
      </w:tr>
      <w:tr w:rsidR="000C3BFD" w14:paraId="7D7BCCEF" w14:textId="77777777">
        <w:trPr>
          <w:cantSplit/>
          <w:jc w:val="center"/>
        </w:trPr>
        <w:tc>
          <w:tcPr>
            <w:tcW w:w="2835" w:type="dxa"/>
            <w:shd w:val="clear" w:color="auto" w:fill="EFE8F7"/>
            <w:tcMar>
              <w:top w:w="110" w:type="dxa"/>
              <w:left w:w="130" w:type="dxa"/>
              <w:bottom w:w="110" w:type="dxa"/>
              <w:right w:w="130" w:type="dxa"/>
            </w:tcMar>
            <w:vAlign w:val="center"/>
          </w:tcPr>
          <w:p w14:paraId="14E6F462" w14:textId="77777777" w:rsidR="000C3BFD" w:rsidRDefault="00FA377C">
            <w:pPr>
              <w:spacing w:after="0"/>
            </w:pPr>
            <w:r>
              <w:rPr>
                <w:b/>
                <w:color w:val="3F2268"/>
                <w:sz w:val="18"/>
              </w:rPr>
              <w:t>Telephone</w:t>
            </w:r>
          </w:p>
        </w:tc>
        <w:tc>
          <w:tcPr>
            <w:tcW w:w="7200" w:type="dxa"/>
            <w:shd w:val="clear" w:color="auto" w:fill="FFFFFF"/>
            <w:tcMar>
              <w:top w:w="120" w:type="dxa"/>
              <w:left w:w="130" w:type="dxa"/>
              <w:bottom w:w="120" w:type="dxa"/>
              <w:right w:w="130" w:type="dxa"/>
            </w:tcMar>
          </w:tcPr>
          <w:p w14:paraId="7B3A0FC4" w14:textId="77777777" w:rsidR="000C3BFD" w:rsidRDefault="00FA377C">
            <w:pPr>
              <w:spacing w:after="0"/>
            </w:pPr>
            <w:r>
              <w:rPr>
                <w:i/>
                <w:color w:val="68616F"/>
                <w:sz w:val="18"/>
              </w:rPr>
              <w:t>Click or tap here to enter text.</w:t>
            </w:r>
          </w:p>
        </w:tc>
      </w:tr>
      <w:tr w:rsidR="000C3BFD" w14:paraId="3D7E6C7B" w14:textId="77777777">
        <w:trPr>
          <w:cantSplit/>
          <w:jc w:val="center"/>
        </w:trPr>
        <w:tc>
          <w:tcPr>
            <w:tcW w:w="2835" w:type="dxa"/>
            <w:shd w:val="clear" w:color="auto" w:fill="EFE8F7"/>
            <w:tcMar>
              <w:top w:w="110" w:type="dxa"/>
              <w:left w:w="130" w:type="dxa"/>
              <w:bottom w:w="110" w:type="dxa"/>
              <w:right w:w="130" w:type="dxa"/>
            </w:tcMar>
            <w:vAlign w:val="center"/>
          </w:tcPr>
          <w:p w14:paraId="1171DB0C" w14:textId="77777777" w:rsidR="000C3BFD" w:rsidRDefault="00FA377C">
            <w:pPr>
              <w:spacing w:after="0"/>
            </w:pPr>
            <w:r>
              <w:rPr>
                <w:b/>
                <w:color w:val="3F2268"/>
                <w:sz w:val="18"/>
              </w:rPr>
              <w:t>May we contact now?</w:t>
            </w:r>
          </w:p>
        </w:tc>
        <w:tc>
          <w:tcPr>
            <w:tcW w:w="7200" w:type="dxa"/>
            <w:shd w:val="clear" w:color="auto" w:fill="FFFFFF"/>
            <w:tcMar>
              <w:top w:w="120" w:type="dxa"/>
              <w:left w:w="130" w:type="dxa"/>
              <w:bottom w:w="120" w:type="dxa"/>
              <w:right w:w="130" w:type="dxa"/>
            </w:tcMar>
          </w:tcPr>
          <w:p w14:paraId="57ED1654" w14:textId="77777777" w:rsidR="000C3BFD" w:rsidRDefault="00FA377C">
            <w:pPr>
              <w:spacing w:after="0"/>
            </w:pPr>
            <w:r>
              <w:rPr>
                <w:i/>
                <w:color w:val="68616F"/>
                <w:sz w:val="18"/>
              </w:rPr>
              <w:t>☐ Yes    ☐ No—please contact me first</w:t>
            </w:r>
          </w:p>
        </w:tc>
      </w:tr>
    </w:tbl>
    <w:p w14:paraId="36148DF7" w14:textId="77777777" w:rsidR="000C3BFD" w:rsidRDefault="000C3BFD">
      <w:pPr>
        <w:spacing w:after="20"/>
      </w:pPr>
    </w:p>
    <w:p w14:paraId="4D970A0E" w14:textId="77777777" w:rsidR="000C3BFD" w:rsidRDefault="00FA377C">
      <w:pPr>
        <w:pStyle w:val="Heading2"/>
      </w:pPr>
      <w:r>
        <w:lastRenderedPageBreak/>
        <w:t>Connections or potential conflicts</w:t>
      </w:r>
    </w:p>
    <w:p w14:paraId="3669A64F" w14:textId="77777777" w:rsidR="000C3BFD" w:rsidRDefault="00FA377C">
      <w:r>
        <w:t>Please disclose any close personal or business relationship with a Berry Education employee, director, client contact or other person that could reasonably create a conflict in the recruitment process or role. A declared connection will not automatically affect your application.</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15008"/>
      </w:tblGrid>
      <w:tr w:rsidR="000C3BFD" w14:paraId="55556CCB" w14:textId="77777777">
        <w:trPr>
          <w:cantSplit/>
          <w:jc w:val="center"/>
        </w:trPr>
        <w:tc>
          <w:tcPr>
            <w:tcW w:w="10035" w:type="dxa"/>
            <w:shd w:val="clear" w:color="auto" w:fill="F8F6FA"/>
            <w:tcMar>
              <w:top w:w="150" w:type="dxa"/>
              <w:left w:w="160" w:type="dxa"/>
              <w:bottom w:w="150" w:type="dxa"/>
              <w:right w:w="160" w:type="dxa"/>
            </w:tcMar>
          </w:tcPr>
          <w:p w14:paraId="0E1DFBC5" w14:textId="77777777" w:rsidR="000C3BFD" w:rsidRDefault="00FA377C">
            <w:pPr>
              <w:spacing w:after="0"/>
            </w:pPr>
            <w:r>
              <w:rPr>
                <w:i/>
                <w:color w:val="68616F"/>
                <w:sz w:val="18"/>
              </w:rPr>
              <w:t>Click or tap here to enter text.</w:t>
            </w:r>
          </w:p>
          <w:p w14:paraId="2F506A97" w14:textId="77777777" w:rsidR="000C3BFD" w:rsidRDefault="00FA377C">
            <w:pPr>
              <w:spacing w:after="0"/>
            </w:pPr>
            <w:r>
              <w:t xml:space="preserve"> </w:t>
            </w:r>
          </w:p>
          <w:p w14:paraId="3B15FB45" w14:textId="77777777" w:rsidR="000C3BFD" w:rsidRDefault="00FA377C">
            <w:pPr>
              <w:spacing w:after="0"/>
            </w:pPr>
            <w:r>
              <w:t xml:space="preserve"> </w:t>
            </w:r>
          </w:p>
        </w:tc>
      </w:tr>
    </w:tbl>
    <w:p w14:paraId="0B12473A" w14:textId="3B98EBEF" w:rsidR="000C3BFD" w:rsidRDefault="000C3BFD"/>
    <w:p w14:paraId="57433E02" w14:textId="77777777" w:rsidR="000C3BFD" w:rsidRDefault="00FA377C">
      <w:pPr>
        <w:pStyle w:val="Heading1"/>
      </w:pPr>
      <w:r>
        <w:t>Safeguarding and recruitment checks</w:t>
      </w:r>
    </w:p>
    <w:p w14:paraId="49AEA692" w14:textId="77777777" w:rsidR="000C3BFD" w:rsidRDefault="00FA377C">
      <w:r>
        <w:t>Berry Education is committed to safeguarding and promoting the welfare of children and young people. The successful applicant will be required to provide evidence of the right to work in the UK and complete the checks relevant to the role, including a satisfactory enhanced DBS check.</w:t>
      </w:r>
    </w:p>
    <w:p w14:paraId="4C3912B1" w14:textId="77777777" w:rsidR="000C3BFD" w:rsidRDefault="00FA377C">
      <w:pPr>
        <w:spacing w:after="200"/>
      </w:pPr>
      <w:r>
        <w:t>Do not provide criminal-record details in this form. Where a self-disclosure is required, Berry Education will request it separately at the appropriate stage and will explain what information must be disclosed, including the rules relating to protected cautions and convictions.</w:t>
      </w:r>
    </w:p>
    <w:p w14:paraId="448F0078" w14:textId="77777777" w:rsidR="000C3BFD" w:rsidRDefault="00FA377C">
      <w:pPr>
        <w:pStyle w:val="Heading1"/>
      </w:pPr>
      <w:r>
        <w:t>Applicant declaration</w:t>
      </w:r>
    </w:p>
    <w:p w14:paraId="3D11D236" w14:textId="77777777" w:rsidR="000C3BFD" w:rsidRDefault="00FA377C">
      <w:r>
        <w:t>Please confirm each statement:</w:t>
      </w:r>
    </w:p>
    <w:p w14:paraId="6FBA3A8E" w14:textId="77777777" w:rsidR="000C3BFD" w:rsidRDefault="00FA377C">
      <w:r>
        <w:t>☐ The information in this application is complete and accurate to the best of my knowledge.</w:t>
      </w:r>
    </w:p>
    <w:p w14:paraId="56654ABA" w14:textId="77777777" w:rsidR="000C3BFD" w:rsidRDefault="00FA377C">
      <w:r>
        <w:t>☐ I understand that deliberately false or materially misleading information may result in withdrawal of an offer or disciplinary action if appointed.</w:t>
      </w:r>
    </w:p>
    <w:p w14:paraId="06F0A634" w14:textId="77777777" w:rsidR="000C3BFD" w:rsidRDefault="00FA377C">
      <w:r>
        <w:t>☐ I understand that appointment is subject to satisfactory pre-employment checks relevant to the role.</w:t>
      </w:r>
    </w:p>
    <w:p w14:paraId="5924CA31" w14:textId="77777777" w:rsidR="000C3BFD" w:rsidRDefault="00FA377C">
      <w:r>
        <w:t>☐ I consent to Berry Education processing the information provided for recruitment and selection purposes in accordance with its privacy arrangements.</w:t>
      </w:r>
    </w:p>
    <w:tbl>
      <w:tblPr>
        <w:tblW w:w="15008" w:type="dxa"/>
        <w:jc w:val="center"/>
        <w:tblBorders>
          <w:top w:val="single" w:sz="5" w:space="0" w:color="CFC4DA"/>
          <w:left w:val="single" w:sz="5" w:space="0" w:color="CFC4DA"/>
          <w:bottom w:val="single" w:sz="5" w:space="0" w:color="CFC4DA"/>
          <w:right w:val="single" w:sz="5" w:space="0" w:color="CFC4DA"/>
          <w:insideH w:val="single" w:sz="5" w:space="0" w:color="CFC4DA"/>
          <w:insideV w:val="single" w:sz="5" w:space="0" w:color="CFC4DA"/>
        </w:tblBorders>
        <w:tblLayout w:type="fixed"/>
        <w:tblLook w:val="04A0" w:firstRow="1" w:lastRow="0" w:firstColumn="1" w:lastColumn="0" w:noHBand="0" w:noVBand="1"/>
      </w:tblPr>
      <w:tblGrid>
        <w:gridCol w:w="4240"/>
        <w:gridCol w:w="10768"/>
      </w:tblGrid>
      <w:tr w:rsidR="000C3BFD" w14:paraId="4D63938E" w14:textId="77777777">
        <w:trPr>
          <w:cantSplit/>
          <w:jc w:val="center"/>
        </w:trPr>
        <w:tc>
          <w:tcPr>
            <w:tcW w:w="2835" w:type="dxa"/>
            <w:shd w:val="clear" w:color="auto" w:fill="EFE8F7"/>
            <w:tcMar>
              <w:top w:w="110" w:type="dxa"/>
              <w:left w:w="130" w:type="dxa"/>
              <w:bottom w:w="110" w:type="dxa"/>
              <w:right w:w="130" w:type="dxa"/>
            </w:tcMar>
            <w:vAlign w:val="center"/>
          </w:tcPr>
          <w:p w14:paraId="736DA791" w14:textId="77777777" w:rsidR="000C3BFD" w:rsidRDefault="00FA377C">
            <w:pPr>
              <w:spacing w:after="0"/>
            </w:pPr>
            <w:r>
              <w:rPr>
                <w:b/>
                <w:color w:val="3F2268"/>
                <w:sz w:val="18"/>
              </w:rPr>
              <w:t>Applicant name</w:t>
            </w:r>
          </w:p>
        </w:tc>
        <w:tc>
          <w:tcPr>
            <w:tcW w:w="7200" w:type="dxa"/>
            <w:shd w:val="clear" w:color="auto" w:fill="FFFFFF"/>
            <w:tcMar>
              <w:top w:w="120" w:type="dxa"/>
              <w:left w:w="130" w:type="dxa"/>
              <w:bottom w:w="120" w:type="dxa"/>
              <w:right w:w="130" w:type="dxa"/>
            </w:tcMar>
          </w:tcPr>
          <w:p w14:paraId="50C269D9" w14:textId="77777777" w:rsidR="000C3BFD" w:rsidRDefault="00FA377C">
            <w:pPr>
              <w:spacing w:after="0"/>
            </w:pPr>
            <w:r>
              <w:rPr>
                <w:i/>
                <w:color w:val="68616F"/>
                <w:sz w:val="18"/>
              </w:rPr>
              <w:t>Click or tap here to enter text.</w:t>
            </w:r>
          </w:p>
        </w:tc>
      </w:tr>
      <w:tr w:rsidR="000C3BFD" w14:paraId="69F398F2" w14:textId="77777777">
        <w:trPr>
          <w:cantSplit/>
          <w:jc w:val="center"/>
        </w:trPr>
        <w:tc>
          <w:tcPr>
            <w:tcW w:w="2835" w:type="dxa"/>
            <w:shd w:val="clear" w:color="auto" w:fill="EFE8F7"/>
            <w:tcMar>
              <w:top w:w="110" w:type="dxa"/>
              <w:left w:w="130" w:type="dxa"/>
              <w:bottom w:w="110" w:type="dxa"/>
              <w:right w:w="130" w:type="dxa"/>
            </w:tcMar>
            <w:vAlign w:val="center"/>
          </w:tcPr>
          <w:p w14:paraId="002093BE" w14:textId="77777777" w:rsidR="000C3BFD" w:rsidRDefault="00FA377C">
            <w:pPr>
              <w:spacing w:after="0"/>
            </w:pPr>
            <w:r>
              <w:rPr>
                <w:b/>
                <w:color w:val="3F2268"/>
                <w:sz w:val="18"/>
              </w:rPr>
              <w:t>Signature</w:t>
            </w:r>
          </w:p>
        </w:tc>
        <w:tc>
          <w:tcPr>
            <w:tcW w:w="7200" w:type="dxa"/>
            <w:shd w:val="clear" w:color="auto" w:fill="FFFFFF"/>
            <w:tcMar>
              <w:top w:w="120" w:type="dxa"/>
              <w:left w:w="130" w:type="dxa"/>
              <w:bottom w:w="120" w:type="dxa"/>
              <w:right w:w="130" w:type="dxa"/>
            </w:tcMar>
          </w:tcPr>
          <w:p w14:paraId="7CD09BBD" w14:textId="77777777" w:rsidR="000C3BFD" w:rsidRDefault="00FA377C">
            <w:pPr>
              <w:spacing w:after="0"/>
            </w:pPr>
            <w:r>
              <w:rPr>
                <w:i/>
                <w:color w:val="68616F"/>
                <w:sz w:val="18"/>
              </w:rPr>
              <w:t>Click or tap here to enter text.</w:t>
            </w:r>
          </w:p>
        </w:tc>
      </w:tr>
      <w:tr w:rsidR="000C3BFD" w14:paraId="2FE12FCC" w14:textId="77777777">
        <w:trPr>
          <w:cantSplit/>
          <w:jc w:val="center"/>
        </w:trPr>
        <w:tc>
          <w:tcPr>
            <w:tcW w:w="2835" w:type="dxa"/>
            <w:shd w:val="clear" w:color="auto" w:fill="EFE8F7"/>
            <w:tcMar>
              <w:top w:w="110" w:type="dxa"/>
              <w:left w:w="130" w:type="dxa"/>
              <w:bottom w:w="110" w:type="dxa"/>
              <w:right w:w="130" w:type="dxa"/>
            </w:tcMar>
            <w:vAlign w:val="center"/>
          </w:tcPr>
          <w:p w14:paraId="413F6ABC" w14:textId="77777777" w:rsidR="000C3BFD" w:rsidRDefault="00FA377C">
            <w:pPr>
              <w:spacing w:after="0"/>
            </w:pPr>
            <w:r>
              <w:rPr>
                <w:b/>
                <w:color w:val="3F2268"/>
                <w:sz w:val="18"/>
              </w:rPr>
              <w:t>Date</w:t>
            </w:r>
          </w:p>
        </w:tc>
        <w:tc>
          <w:tcPr>
            <w:tcW w:w="7200" w:type="dxa"/>
            <w:shd w:val="clear" w:color="auto" w:fill="FFFFFF"/>
            <w:tcMar>
              <w:top w:w="120" w:type="dxa"/>
              <w:left w:w="130" w:type="dxa"/>
              <w:bottom w:w="120" w:type="dxa"/>
              <w:right w:w="130" w:type="dxa"/>
            </w:tcMar>
          </w:tcPr>
          <w:p w14:paraId="38EE7A93" w14:textId="77777777" w:rsidR="000C3BFD" w:rsidRDefault="00FA377C">
            <w:pPr>
              <w:spacing w:after="0"/>
            </w:pPr>
            <w:r>
              <w:rPr>
                <w:i/>
                <w:color w:val="68616F"/>
                <w:sz w:val="18"/>
              </w:rPr>
              <w:t>Click or tap here to enter text.</w:t>
            </w:r>
          </w:p>
        </w:tc>
      </w:tr>
    </w:tbl>
    <w:p w14:paraId="6CF36924" w14:textId="77777777" w:rsidR="000C3BFD" w:rsidRDefault="000C3BFD">
      <w:pPr>
        <w:spacing w:after="20"/>
      </w:pPr>
    </w:p>
    <w:p w14:paraId="51158795" w14:textId="77777777" w:rsidR="000C3BFD" w:rsidRDefault="00FA377C">
      <w:r>
        <w:rPr>
          <w:i/>
          <w:color w:val="68616F"/>
          <w:sz w:val="18"/>
        </w:rPr>
        <w:t>A typed name will be accepted as a signature when this form is submitted electronically.</w:t>
      </w:r>
    </w:p>
    <w:p w14:paraId="41FF428F" w14:textId="77777777" w:rsidR="000C3BFD" w:rsidRDefault="00FA377C">
      <w:pPr>
        <w:pStyle w:val="Heading1"/>
      </w:pPr>
      <w:r>
        <w:lastRenderedPageBreak/>
        <w:t>Application checklist</w:t>
      </w:r>
    </w:p>
    <w:p w14:paraId="78A94335" w14:textId="77777777" w:rsidR="000C3BFD" w:rsidRDefault="00FA377C">
      <w:r>
        <w:t>☐ All relevant sections completed    ☐ Employment gaps explained</w:t>
      </w:r>
    </w:p>
    <w:p w14:paraId="1084519A" w14:textId="77777777" w:rsidR="000C3BFD" w:rsidRDefault="00FA377C">
      <w:r>
        <w:t>☐ Supporting evidence provided    ☐ Two referees supplied</w:t>
      </w:r>
    </w:p>
    <w:p w14:paraId="3F3B3279" w14:textId="77777777" w:rsidR="000C3BFD" w:rsidRDefault="00FA377C">
      <w:r>
        <w:t>☐ Declaration completed    ☐ Additional pages clearly labelled (if used)</w:t>
      </w:r>
    </w:p>
    <w:p w14:paraId="5D0C2844" w14:textId="77777777" w:rsidR="000C3BFD" w:rsidRDefault="00FA377C">
      <w:pPr>
        <w:pStyle w:val="Heading1"/>
      </w:pPr>
      <w:r>
        <w:t>Submitting your application</w:t>
      </w:r>
    </w:p>
    <w:p w14:paraId="34D3126C" w14:textId="77777777" w:rsidR="00F41411" w:rsidRDefault="00F41411" w:rsidP="00F41411">
      <w:pPr>
        <w:spacing w:after="160"/>
      </w:pPr>
      <w:r>
        <w:t xml:space="preserve">Please send your completed application form to: </w:t>
      </w:r>
      <w:hyperlink r:id="rId10" w:history="1">
        <w:r w:rsidRPr="00261AE6">
          <w:rPr>
            <w:rStyle w:val="Hyperlink"/>
          </w:rPr>
          <w:t>governance@berryeducation.com</w:t>
        </w:r>
      </w:hyperlink>
      <w:r>
        <w:t xml:space="preserve">.  Applications must be received by the advertised closing date: </w:t>
      </w:r>
      <w:r w:rsidRPr="006067A1">
        <w:rPr>
          <w:b/>
          <w:bCs/>
        </w:rPr>
        <w:t>23.59</w:t>
      </w:r>
      <w:r>
        <w:t xml:space="preserve"> on </w:t>
      </w:r>
      <w:r w:rsidRPr="006067A1">
        <w:rPr>
          <w:b/>
          <w:bCs/>
        </w:rPr>
        <w:t>7</w:t>
      </w:r>
      <w:r w:rsidRPr="006067A1">
        <w:rPr>
          <w:b/>
          <w:bCs/>
          <w:vertAlign w:val="superscript"/>
        </w:rPr>
        <w:t>th</w:t>
      </w:r>
      <w:r w:rsidRPr="006067A1">
        <w:rPr>
          <w:b/>
          <w:bCs/>
        </w:rPr>
        <w:t xml:space="preserve"> September 2026</w:t>
      </w:r>
      <w:r>
        <w:t xml:space="preserve">.  </w:t>
      </w:r>
    </w:p>
    <w:p w14:paraId="3671B084" w14:textId="2885B0B3" w:rsidR="000C3BFD" w:rsidRDefault="00FA377C">
      <w:r>
        <w:t xml:space="preserve">If you need the form in another format or would like to discuss a reasonable adjustment, contact Berry Education at </w:t>
      </w:r>
      <w:hyperlink r:id="rId11" w:history="1">
        <w:r w:rsidR="002F11A0" w:rsidRPr="00261AE6">
          <w:rPr>
            <w:rStyle w:val="Hyperlink"/>
          </w:rPr>
          <w:t>governance@berryeducation.com</w:t>
        </w:r>
      </w:hyperlink>
      <w:r w:rsidR="002F11A0">
        <w:t xml:space="preserve"> </w:t>
      </w:r>
      <w:r>
        <w:t>or 0191 909 7005.</w:t>
      </w:r>
    </w:p>
    <w:p w14:paraId="2AF37CC7" w14:textId="77777777" w:rsidR="002F11A0" w:rsidRDefault="002F11A0"/>
    <w:p w14:paraId="6F349EE4" w14:textId="77777777" w:rsidR="000E652C" w:rsidRDefault="000E652C"/>
    <w:p w14:paraId="4C322049" w14:textId="09BC5C02" w:rsidR="002F11A0" w:rsidRPr="000E652C" w:rsidRDefault="002F11A0" w:rsidP="000E652C">
      <w:pPr>
        <w:jc w:val="center"/>
        <w:rPr>
          <w:b/>
          <w:bCs/>
          <w:i/>
          <w:iCs/>
          <w:sz w:val="24"/>
          <w:szCs w:val="24"/>
        </w:rPr>
      </w:pPr>
      <w:r w:rsidRPr="000E652C">
        <w:rPr>
          <w:b/>
          <w:bCs/>
          <w:i/>
          <w:iCs/>
          <w:sz w:val="24"/>
          <w:szCs w:val="24"/>
        </w:rPr>
        <w:t>Thank you for interest in joining Team Berry!</w:t>
      </w:r>
    </w:p>
    <w:sectPr w:rsidR="002F11A0" w:rsidRPr="000E652C" w:rsidSect="00010A22">
      <w:headerReference w:type="default" r:id="rId12"/>
      <w:footerReference w:type="default" r:id="rId13"/>
      <w:pgSz w:w="16838" w:h="11906" w:orient="landscape"/>
      <w:pgMar w:top="935" w:right="822" w:bottom="935" w:left="822"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84D98" w14:textId="77777777" w:rsidR="002346B9" w:rsidRDefault="002346B9">
      <w:pPr>
        <w:spacing w:after="0" w:line="240" w:lineRule="auto"/>
      </w:pPr>
      <w:r>
        <w:separator/>
      </w:r>
    </w:p>
  </w:endnote>
  <w:endnote w:type="continuationSeparator" w:id="0">
    <w:p w14:paraId="1374A6C3" w14:textId="77777777" w:rsidR="002346B9" w:rsidRDefault="00234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0E55D" w14:textId="77777777" w:rsidR="000C3BFD" w:rsidRDefault="00FA377C">
    <w:pPr>
      <w:pStyle w:val="Footer"/>
      <w:jc w:val="center"/>
      <w:rPr>
        <w:color w:val="68616F"/>
        <w:sz w:val="14"/>
      </w:rPr>
    </w:pPr>
    <w:r>
      <w:rPr>
        <w:color w:val="68616F"/>
        <w:sz w:val="14"/>
      </w:rPr>
      <w:t xml:space="preserve">Berry </w:t>
    </w:r>
    <w:proofErr w:type="gramStart"/>
    <w:r>
      <w:rPr>
        <w:color w:val="68616F"/>
        <w:sz w:val="14"/>
      </w:rPr>
      <w:t>Education  •</w:t>
    </w:r>
    <w:proofErr w:type="gramEnd"/>
    <w:r>
      <w:rPr>
        <w:color w:val="68616F"/>
        <w:sz w:val="14"/>
      </w:rPr>
      <w:t xml:space="preserve">  </w:t>
    </w:r>
    <w:proofErr w:type="gramStart"/>
    <w:r>
      <w:rPr>
        <w:color w:val="68616F"/>
        <w:sz w:val="14"/>
      </w:rPr>
      <w:t>www.berryeducation.com  •</w:t>
    </w:r>
    <w:proofErr w:type="gramEnd"/>
    <w:r>
      <w:rPr>
        <w:color w:val="68616F"/>
        <w:sz w:val="14"/>
      </w:rPr>
      <w:t xml:space="preserve">  </w:t>
    </w:r>
    <w:proofErr w:type="gramStart"/>
    <w:r>
      <w:rPr>
        <w:color w:val="68616F"/>
        <w:sz w:val="14"/>
      </w:rPr>
      <w:t>governance@berryeducation.com  •</w:t>
    </w:r>
    <w:proofErr w:type="gramEnd"/>
    <w:r>
      <w:rPr>
        <w:color w:val="68616F"/>
        <w:sz w:val="14"/>
      </w:rPr>
      <w:t xml:space="preserve">  0191 909 7005</w:t>
    </w:r>
  </w:p>
  <w:p w14:paraId="2F72090B" w14:textId="77777777" w:rsidR="00010A22" w:rsidRDefault="00010A22">
    <w:pPr>
      <w:pStyle w:val="Footer"/>
      <w:jc w:val="center"/>
      <w:rPr>
        <w:color w:val="68616F"/>
        <w:sz w:val="14"/>
      </w:rPr>
    </w:pPr>
  </w:p>
  <w:p w14:paraId="3D28C68C" w14:textId="436F336D" w:rsidR="00010A22" w:rsidRPr="00010A22" w:rsidRDefault="00010A22">
    <w:pPr>
      <w:pStyle w:val="Footer"/>
      <w:jc w:val="center"/>
      <w:rPr>
        <w:color w:val="7030A0"/>
        <w:sz w:val="14"/>
        <w:szCs w:val="14"/>
      </w:rPr>
    </w:pPr>
    <w:r w:rsidRPr="00010A22">
      <w:rPr>
        <w:color w:val="7030A0"/>
        <w:sz w:val="14"/>
        <w:szCs w:val="14"/>
      </w:rPr>
      <w:t xml:space="preserve">Page </w:t>
    </w:r>
    <w:r w:rsidRPr="00010A22">
      <w:rPr>
        <w:b/>
        <w:bCs/>
        <w:color w:val="7030A0"/>
        <w:sz w:val="14"/>
        <w:szCs w:val="14"/>
      </w:rPr>
      <w:fldChar w:fldCharType="begin"/>
    </w:r>
    <w:r w:rsidRPr="00010A22">
      <w:rPr>
        <w:b/>
        <w:bCs/>
        <w:color w:val="7030A0"/>
        <w:sz w:val="14"/>
        <w:szCs w:val="14"/>
      </w:rPr>
      <w:instrText xml:space="preserve"> PAGE  \* Arabic  \* MERGEFORMAT </w:instrText>
    </w:r>
    <w:r w:rsidRPr="00010A22">
      <w:rPr>
        <w:b/>
        <w:bCs/>
        <w:color w:val="7030A0"/>
        <w:sz w:val="14"/>
        <w:szCs w:val="14"/>
      </w:rPr>
      <w:fldChar w:fldCharType="separate"/>
    </w:r>
    <w:r w:rsidRPr="00010A22">
      <w:rPr>
        <w:b/>
        <w:bCs/>
        <w:noProof/>
        <w:color w:val="7030A0"/>
        <w:sz w:val="14"/>
        <w:szCs w:val="14"/>
      </w:rPr>
      <w:t>1</w:t>
    </w:r>
    <w:r w:rsidRPr="00010A22">
      <w:rPr>
        <w:b/>
        <w:bCs/>
        <w:color w:val="7030A0"/>
        <w:sz w:val="14"/>
        <w:szCs w:val="14"/>
      </w:rPr>
      <w:fldChar w:fldCharType="end"/>
    </w:r>
    <w:r w:rsidRPr="00010A22">
      <w:rPr>
        <w:color w:val="7030A0"/>
        <w:sz w:val="14"/>
        <w:szCs w:val="14"/>
      </w:rPr>
      <w:t xml:space="preserve"> of </w:t>
    </w:r>
    <w:r w:rsidRPr="00010A22">
      <w:rPr>
        <w:b/>
        <w:bCs/>
        <w:color w:val="7030A0"/>
        <w:sz w:val="14"/>
        <w:szCs w:val="14"/>
      </w:rPr>
      <w:fldChar w:fldCharType="begin"/>
    </w:r>
    <w:r w:rsidRPr="00010A22">
      <w:rPr>
        <w:b/>
        <w:bCs/>
        <w:color w:val="7030A0"/>
        <w:sz w:val="14"/>
        <w:szCs w:val="14"/>
      </w:rPr>
      <w:instrText xml:space="preserve"> NUMPAGES  \* Arabic  \* MERGEFORMAT </w:instrText>
    </w:r>
    <w:r w:rsidRPr="00010A22">
      <w:rPr>
        <w:b/>
        <w:bCs/>
        <w:color w:val="7030A0"/>
        <w:sz w:val="14"/>
        <w:szCs w:val="14"/>
      </w:rPr>
      <w:fldChar w:fldCharType="separate"/>
    </w:r>
    <w:r w:rsidRPr="00010A22">
      <w:rPr>
        <w:b/>
        <w:bCs/>
        <w:noProof/>
        <w:color w:val="7030A0"/>
        <w:sz w:val="14"/>
        <w:szCs w:val="14"/>
      </w:rPr>
      <w:t>2</w:t>
    </w:r>
    <w:r w:rsidRPr="00010A22">
      <w:rPr>
        <w:b/>
        <w:bCs/>
        <w:color w:val="7030A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41D4C" w14:textId="77777777" w:rsidR="002346B9" w:rsidRDefault="002346B9">
      <w:pPr>
        <w:spacing w:after="0" w:line="240" w:lineRule="auto"/>
      </w:pPr>
      <w:r>
        <w:separator/>
      </w:r>
    </w:p>
  </w:footnote>
  <w:footnote w:type="continuationSeparator" w:id="0">
    <w:p w14:paraId="24C45D01" w14:textId="77777777" w:rsidR="002346B9" w:rsidRDefault="00234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7F45" w14:textId="788F07D5" w:rsidR="000C3BFD" w:rsidRDefault="00FA377C">
    <w:pPr>
      <w:pStyle w:val="Header"/>
      <w:jc w:val="right"/>
    </w:pPr>
    <w:r>
      <w:rPr>
        <w:b/>
        <w:color w:val="3F2268"/>
        <w:sz w:val="15"/>
      </w:rPr>
      <w:t xml:space="preserve">BERRY </w:t>
    </w:r>
    <w:r w:rsidR="009F3FF7">
      <w:rPr>
        <w:b/>
        <w:color w:val="3F2268"/>
        <w:sz w:val="15"/>
      </w:rPr>
      <w:t>EDUCATION | GOVERNANCE</w:t>
    </w:r>
    <w:r>
      <w:rPr>
        <w:b/>
        <w:color w:val="3F2268"/>
        <w:sz w:val="15"/>
      </w:rPr>
      <w:t xml:space="preserve"> PROFESSIONAL APPLICATION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3138776">
    <w:abstractNumId w:val="8"/>
  </w:num>
  <w:num w:numId="2" w16cid:durableId="2002584162">
    <w:abstractNumId w:val="6"/>
  </w:num>
  <w:num w:numId="3" w16cid:durableId="669679149">
    <w:abstractNumId w:val="5"/>
  </w:num>
  <w:num w:numId="4" w16cid:durableId="1540390688">
    <w:abstractNumId w:val="4"/>
  </w:num>
  <w:num w:numId="5" w16cid:durableId="1729374924">
    <w:abstractNumId w:val="7"/>
  </w:num>
  <w:num w:numId="6" w16cid:durableId="728456100">
    <w:abstractNumId w:val="3"/>
  </w:num>
  <w:num w:numId="7" w16cid:durableId="1613511042">
    <w:abstractNumId w:val="2"/>
  </w:num>
  <w:num w:numId="8" w16cid:durableId="2124152903">
    <w:abstractNumId w:val="1"/>
  </w:num>
  <w:num w:numId="9" w16cid:durableId="53104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A22"/>
    <w:rsid w:val="00034616"/>
    <w:rsid w:val="0006063C"/>
    <w:rsid w:val="000C3BFD"/>
    <w:rsid w:val="000E652C"/>
    <w:rsid w:val="0015074B"/>
    <w:rsid w:val="002346B9"/>
    <w:rsid w:val="0029639D"/>
    <w:rsid w:val="002F11A0"/>
    <w:rsid w:val="00326F90"/>
    <w:rsid w:val="00413D07"/>
    <w:rsid w:val="005666F4"/>
    <w:rsid w:val="00600642"/>
    <w:rsid w:val="006067A1"/>
    <w:rsid w:val="00810B1B"/>
    <w:rsid w:val="008D761A"/>
    <w:rsid w:val="009F3FF7"/>
    <w:rsid w:val="00AA1D8D"/>
    <w:rsid w:val="00AA5664"/>
    <w:rsid w:val="00B17CAE"/>
    <w:rsid w:val="00B47730"/>
    <w:rsid w:val="00CB0664"/>
    <w:rsid w:val="00D63632"/>
    <w:rsid w:val="00D83DBF"/>
    <w:rsid w:val="00F41411"/>
    <w:rsid w:val="00FA37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D0605"/>
  <w14:defaultImageDpi w14:val="300"/>
  <w15:docId w15:val="{2E7D1DB1-FB84-4B1F-893B-C162E0BA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D2933"/>
      <w:sz w:val="20"/>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3F2268"/>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287A45"/>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F226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067A1"/>
    <w:rPr>
      <w:color w:val="0000FF" w:themeColor="hyperlink"/>
      <w:u w:val="single"/>
    </w:rPr>
  </w:style>
  <w:style w:type="character" w:styleId="UnresolvedMention">
    <w:name w:val="Unresolved Mention"/>
    <w:basedOn w:val="DefaultParagraphFont"/>
    <w:uiPriority w:val="99"/>
    <w:semiHidden/>
    <w:unhideWhenUsed/>
    <w:rsid w:val="006067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vernance@berryeducation.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overnance@berryeducation.com" TargetMode="External"/><Relationship Id="rId4" Type="http://schemas.openxmlformats.org/officeDocument/2006/relationships/settings" Target="settings.xml"/><Relationship Id="rId9" Type="http://schemas.openxmlformats.org/officeDocument/2006/relationships/hyperlink" Target="mailto:governance@berryeducation.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1736</Words>
  <Characters>9897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Professional Application Form</dc:title>
  <dc:subject>Berry Education recruitment application template</dc:subject>
  <dc:creator>Berry Education Ltd</dc:creator>
  <cp:keywords>application form, governance professional, Berry Education</cp:keywords>
  <dc:description>generated by python-docx</dc:description>
  <cp:lastModifiedBy>Claire Mitchell</cp:lastModifiedBy>
  <cp:revision>12</cp:revision>
  <dcterms:created xsi:type="dcterms:W3CDTF">2026-08-17T12:51:00Z</dcterms:created>
  <dcterms:modified xsi:type="dcterms:W3CDTF">2026-08-18T09:54:00Z</dcterms:modified>
  <cp:category/>
</cp:coreProperties>
</file>